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9DC3B" w14:textId="26B8AD43" w:rsidR="002928F8" w:rsidRDefault="00000000">
      <w:pPr>
        <w:spacing w:before="200" w:after="80"/>
        <w:jc w:val="center"/>
      </w:pPr>
      <w:r>
        <w:rPr>
          <w:rFonts w:ascii="Arial" w:hAnsi="Arial"/>
          <w:b/>
          <w:color w:val="1A468C"/>
          <w:sz w:val="40"/>
        </w:rPr>
        <w:t xml:space="preserve">✈ KAS </w:t>
      </w:r>
      <w:r w:rsidR="000C5519">
        <w:rPr>
          <w:rFonts w:ascii="Arial" w:hAnsi="Arial"/>
          <w:b/>
          <w:color w:val="1A468C"/>
          <w:sz w:val="40"/>
        </w:rPr>
        <w:t xml:space="preserve">MĒS </w:t>
      </w:r>
      <w:r>
        <w:rPr>
          <w:rFonts w:ascii="Arial" w:hAnsi="Arial"/>
          <w:b/>
          <w:color w:val="1A468C"/>
          <w:sz w:val="40"/>
        </w:rPr>
        <w:t>ESAM</w:t>
      </w:r>
      <w:r w:rsidR="000C5519">
        <w:rPr>
          <w:rFonts w:ascii="Arial" w:hAnsi="Arial"/>
          <w:b/>
          <w:color w:val="1A468C"/>
          <w:sz w:val="40"/>
        </w:rPr>
        <w:t xml:space="preserve"> –</w:t>
      </w:r>
      <w:r>
        <w:rPr>
          <w:rFonts w:ascii="Arial" w:hAnsi="Arial"/>
          <w:b/>
          <w:color w:val="1A468C"/>
          <w:sz w:val="40"/>
        </w:rPr>
        <w:t xml:space="preserve"> KO</w:t>
      </w:r>
      <w:r w:rsidR="000C5519">
        <w:rPr>
          <w:rFonts w:ascii="Arial" w:hAnsi="Arial"/>
          <w:b/>
          <w:color w:val="1A468C"/>
          <w:sz w:val="40"/>
        </w:rPr>
        <w:t xml:space="preserve"> MĒS</w:t>
      </w:r>
      <w:r>
        <w:rPr>
          <w:rFonts w:ascii="Arial" w:hAnsi="Arial"/>
          <w:b/>
          <w:color w:val="1A468C"/>
          <w:sz w:val="40"/>
        </w:rPr>
        <w:t xml:space="preserve"> PIEDĀVĀJAM</w:t>
      </w:r>
    </w:p>
    <w:p w14:paraId="44A29BA0" w14:textId="77777777" w:rsidR="002928F8" w:rsidRDefault="00000000">
      <w:pPr>
        <w:spacing w:after="80"/>
        <w:jc w:val="center"/>
      </w:pPr>
      <w:r>
        <w:rPr>
          <w:rFonts w:ascii="Arial" w:hAnsi="Arial"/>
          <w:i/>
          <w:color w:val="646464"/>
          <w:sz w:val="26"/>
        </w:rPr>
        <w:t>Personalizēta ceļojumu plānošanas konsultācija</w:t>
      </w:r>
    </w:p>
    <w:p w14:paraId="02CB9D3F" w14:textId="15DBACD9" w:rsidR="002928F8" w:rsidRPr="000C5519" w:rsidRDefault="00000000" w:rsidP="000C5519">
      <w:pPr>
        <w:spacing w:after="240"/>
        <w:jc w:val="center"/>
        <w:rPr>
          <w:color w:val="0D0D0D" w:themeColor="text1" w:themeTint="F2"/>
        </w:rPr>
      </w:pPr>
      <w:r w:rsidRPr="000C5519">
        <w:rPr>
          <w:rFonts w:ascii="Arial" w:hAnsi="Arial"/>
          <w:color w:val="0D0D0D" w:themeColor="text1" w:themeTint="F2"/>
          <w:sz w:val="21"/>
        </w:rPr>
        <w:t xml:space="preserve">Lasi uzmanīgi — šis teksts </w:t>
      </w:r>
      <w:proofErr w:type="spellStart"/>
      <w:r w:rsidRPr="000C5519">
        <w:rPr>
          <w:rFonts w:ascii="Arial" w:hAnsi="Arial"/>
          <w:color w:val="0D0D0D" w:themeColor="text1" w:themeTint="F2"/>
          <w:sz w:val="21"/>
        </w:rPr>
        <w:t>palīdzēs</w:t>
      </w:r>
      <w:proofErr w:type="spellEnd"/>
      <w:r w:rsidRPr="000C5519">
        <w:rPr>
          <w:rFonts w:ascii="Arial" w:hAnsi="Arial"/>
          <w:color w:val="0D0D0D" w:themeColor="text1" w:themeTint="F2"/>
          <w:sz w:val="21"/>
        </w:rPr>
        <w:t xml:space="preserve"> </w:t>
      </w:r>
      <w:proofErr w:type="spellStart"/>
      <w:r w:rsidRPr="000C5519">
        <w:rPr>
          <w:rFonts w:ascii="Arial" w:hAnsi="Arial"/>
          <w:color w:val="0D0D0D" w:themeColor="text1" w:themeTint="F2"/>
          <w:sz w:val="21"/>
        </w:rPr>
        <w:t>saprast</w:t>
      </w:r>
      <w:proofErr w:type="spellEnd"/>
      <w:r w:rsidRPr="000C5519">
        <w:rPr>
          <w:rFonts w:ascii="Arial" w:hAnsi="Arial"/>
          <w:color w:val="0D0D0D" w:themeColor="text1" w:themeTint="F2"/>
          <w:sz w:val="21"/>
        </w:rPr>
        <w:t xml:space="preserve"> ko </w:t>
      </w:r>
      <w:proofErr w:type="spellStart"/>
      <w:r w:rsidRPr="000C5519">
        <w:rPr>
          <w:rFonts w:ascii="Arial" w:hAnsi="Arial"/>
          <w:color w:val="0D0D0D" w:themeColor="text1" w:themeTint="F2"/>
          <w:sz w:val="21"/>
        </w:rPr>
        <w:t>saņemsi</w:t>
      </w:r>
      <w:proofErr w:type="spellEnd"/>
      <w:r w:rsidRPr="000C5519">
        <w:rPr>
          <w:rFonts w:ascii="Arial" w:hAnsi="Arial"/>
          <w:color w:val="0D0D0D" w:themeColor="text1" w:themeTint="F2"/>
          <w:sz w:val="21"/>
        </w:rPr>
        <w:t xml:space="preserve"> un </w:t>
      </w:r>
      <w:proofErr w:type="spellStart"/>
      <w:r w:rsidRPr="000C5519">
        <w:rPr>
          <w:rFonts w:ascii="Arial" w:hAnsi="Arial"/>
          <w:color w:val="0D0D0D" w:themeColor="text1" w:themeTint="F2"/>
          <w:sz w:val="21"/>
        </w:rPr>
        <w:t>kam</w:t>
      </w:r>
      <w:proofErr w:type="spellEnd"/>
      <w:r w:rsidRPr="000C5519">
        <w:rPr>
          <w:rFonts w:ascii="Arial" w:hAnsi="Arial"/>
          <w:color w:val="0D0D0D" w:themeColor="text1" w:themeTint="F2"/>
          <w:sz w:val="21"/>
        </w:rPr>
        <w:t xml:space="preserve"> </w:t>
      </w:r>
      <w:proofErr w:type="spellStart"/>
      <w:r w:rsidRPr="000C5519">
        <w:rPr>
          <w:rFonts w:ascii="Arial" w:hAnsi="Arial"/>
          <w:color w:val="0D0D0D" w:themeColor="text1" w:themeTint="F2"/>
          <w:sz w:val="21"/>
        </w:rPr>
        <w:t>sagatavoties</w:t>
      </w:r>
      <w:proofErr w:type="spellEnd"/>
      <w:r w:rsidR="000C5519">
        <w:rPr>
          <w:rFonts w:ascii="Arial" w:hAnsi="Arial"/>
          <w:color w:val="0D0D0D" w:themeColor="text1" w:themeTint="F2"/>
          <w:sz w:val="21"/>
        </w:rPr>
        <w:t>!</w:t>
      </w:r>
    </w:p>
    <w:p w14:paraId="585C1981" w14:textId="270A7045" w:rsidR="002928F8" w:rsidRDefault="00000000">
      <w:pPr>
        <w:shd w:val="clear" w:color="auto" w:fill="1A4A7A"/>
        <w:spacing w:before="360" w:after="120"/>
        <w:ind w:left="170"/>
      </w:pPr>
      <w:r>
        <w:rPr>
          <w:rFonts w:ascii="Arial" w:hAnsi="Arial"/>
          <w:b/>
          <w:color w:val="FFFFFF"/>
          <w:sz w:val="28"/>
        </w:rPr>
        <w:t>1.👋 KAS</w:t>
      </w:r>
      <w:r w:rsidR="00FE2DDB">
        <w:rPr>
          <w:rFonts w:ascii="Arial" w:hAnsi="Arial"/>
          <w:b/>
          <w:color w:val="FFFFFF"/>
          <w:sz w:val="28"/>
        </w:rPr>
        <w:t xml:space="preserve"> MĒS</w:t>
      </w:r>
      <w:r>
        <w:rPr>
          <w:rFonts w:ascii="Arial" w:hAnsi="Arial"/>
          <w:b/>
          <w:color w:val="FFFFFF"/>
          <w:sz w:val="28"/>
        </w:rPr>
        <w:t xml:space="preserve"> ESAM</w:t>
      </w:r>
    </w:p>
    <w:p w14:paraId="604B5CBB" w14:textId="15C4D546" w:rsidR="002928F8" w:rsidRDefault="00000000">
      <w:pPr>
        <w:spacing w:before="40" w:after="120"/>
      </w:pPr>
      <w:proofErr w:type="spellStart"/>
      <w:r>
        <w:rPr>
          <w:rFonts w:ascii="Arial" w:hAnsi="Arial"/>
        </w:rPr>
        <w:t>Mēs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esam</w:t>
      </w:r>
      <w:proofErr w:type="spellEnd"/>
      <w:r>
        <w:rPr>
          <w:rFonts w:ascii="Arial" w:hAnsi="Arial"/>
        </w:rPr>
        <w:t xml:space="preserve"> </w:t>
      </w:r>
      <w:proofErr w:type="spellStart"/>
      <w:r w:rsidRPr="007A0A84">
        <w:rPr>
          <w:rFonts w:ascii="Arial" w:hAnsi="Arial"/>
          <w:b/>
          <w:bCs/>
        </w:rPr>
        <w:t>ceļojumu</w:t>
      </w:r>
      <w:proofErr w:type="spellEnd"/>
      <w:r w:rsidRPr="007A0A84">
        <w:rPr>
          <w:rFonts w:ascii="Arial" w:hAnsi="Arial"/>
          <w:b/>
          <w:bCs/>
        </w:rPr>
        <w:t xml:space="preserve"> </w:t>
      </w:r>
      <w:proofErr w:type="spellStart"/>
      <w:r w:rsidRPr="007A0A84">
        <w:rPr>
          <w:rFonts w:ascii="Arial" w:hAnsi="Arial"/>
          <w:b/>
          <w:bCs/>
        </w:rPr>
        <w:t>plānošanas</w:t>
      </w:r>
      <w:proofErr w:type="spellEnd"/>
      <w:r w:rsidRPr="007A0A84">
        <w:rPr>
          <w:rFonts w:ascii="Arial" w:hAnsi="Arial"/>
          <w:b/>
          <w:bCs/>
        </w:rPr>
        <w:t xml:space="preserve"> </w:t>
      </w:r>
      <w:proofErr w:type="spellStart"/>
      <w:r w:rsidRPr="007A0A84">
        <w:rPr>
          <w:rFonts w:ascii="Arial" w:hAnsi="Arial"/>
          <w:b/>
          <w:bCs/>
        </w:rPr>
        <w:t>konsultanti</w:t>
      </w:r>
      <w:proofErr w:type="spellEnd"/>
      <w:r w:rsidR="007A0A84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nevis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tūroperators</w:t>
      </w:r>
      <w:proofErr w:type="spellEnd"/>
      <w:r w:rsidR="007A0A84">
        <w:rPr>
          <w:rFonts w:ascii="Arial" w:hAnsi="Arial"/>
        </w:rPr>
        <w:t xml:space="preserve"> </w:t>
      </w:r>
      <w:proofErr w:type="spellStart"/>
      <w:r w:rsidR="007A0A84">
        <w:rPr>
          <w:rFonts w:ascii="Arial" w:hAnsi="Arial"/>
        </w:rPr>
        <w:t>vai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ceļojumu</w:t>
      </w:r>
      <w:proofErr w:type="spellEnd"/>
      <w:r>
        <w:rPr>
          <w:rFonts w:ascii="Arial" w:hAnsi="Arial"/>
        </w:rPr>
        <w:t xml:space="preserve"> aģentūra. </w:t>
      </w:r>
      <w:proofErr w:type="spellStart"/>
      <w:r>
        <w:rPr>
          <w:rFonts w:ascii="Arial" w:hAnsi="Arial"/>
        </w:rPr>
        <w:t>Mūsu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darbs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ietaupīt</w:t>
      </w:r>
      <w:proofErr w:type="spellEnd"/>
      <w:r>
        <w:rPr>
          <w:rFonts w:ascii="Arial" w:hAnsi="Arial"/>
        </w:rPr>
        <w:t xml:space="preserve"> </w:t>
      </w:r>
      <w:r w:rsidR="007A0A84">
        <w:rPr>
          <w:rFonts w:ascii="Arial" w:hAnsi="Arial"/>
        </w:rPr>
        <w:t>Jums</w:t>
      </w:r>
      <w:r>
        <w:rPr>
          <w:rFonts w:ascii="Arial" w:hAnsi="Arial"/>
        </w:rPr>
        <w:t xml:space="preserve"> </w:t>
      </w:r>
      <w:proofErr w:type="spellStart"/>
      <w:r w:rsidR="00AF7D6B">
        <w:rPr>
          <w:rFonts w:ascii="Arial" w:hAnsi="Arial"/>
        </w:rPr>
        <w:t>desmi</w:t>
      </w:r>
      <w:r>
        <w:rPr>
          <w:rFonts w:ascii="Arial" w:hAnsi="Arial"/>
        </w:rPr>
        <w:t>tiem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stundu</w:t>
      </w:r>
      <w:proofErr w:type="spellEnd"/>
      <w:r w:rsidR="00C97539">
        <w:rPr>
          <w:rFonts w:ascii="Arial" w:hAnsi="Arial"/>
        </w:rPr>
        <w:t xml:space="preserve"> </w:t>
      </w:r>
      <w:proofErr w:type="spellStart"/>
      <w:r w:rsidR="00C97539">
        <w:rPr>
          <w:rFonts w:ascii="Arial" w:hAnsi="Arial"/>
        </w:rPr>
        <w:t>ceļojuma</w:t>
      </w:r>
      <w:proofErr w:type="spellEnd"/>
      <w:r w:rsidR="00C97539">
        <w:rPr>
          <w:rFonts w:ascii="Arial" w:hAnsi="Arial"/>
        </w:rPr>
        <w:t xml:space="preserve"> </w:t>
      </w:r>
      <w:proofErr w:type="spellStart"/>
      <w:r w:rsidR="00C97539">
        <w:rPr>
          <w:rFonts w:ascii="Arial" w:hAnsi="Arial"/>
        </w:rPr>
        <w:t>daļējā</w:t>
      </w:r>
      <w:proofErr w:type="spellEnd"/>
      <w:r w:rsidR="00C97539">
        <w:rPr>
          <w:rFonts w:ascii="Arial" w:hAnsi="Arial"/>
        </w:rPr>
        <w:t xml:space="preserve"> </w:t>
      </w:r>
      <w:proofErr w:type="spellStart"/>
      <w:r w:rsidR="00C97539">
        <w:rPr>
          <w:rFonts w:ascii="Arial" w:hAnsi="Arial"/>
        </w:rPr>
        <w:t>saplānošanā</w:t>
      </w:r>
      <w:proofErr w:type="spellEnd"/>
      <w:r w:rsidR="00C97539">
        <w:rPr>
          <w:rFonts w:ascii="Arial" w:hAnsi="Arial"/>
        </w:rPr>
        <w:t>,</w:t>
      </w:r>
      <w:r>
        <w:rPr>
          <w:rFonts w:ascii="Arial" w:hAnsi="Arial"/>
        </w:rPr>
        <w:t xml:space="preserve"> ko</w:t>
      </w:r>
      <w:r w:rsidR="00C97539">
        <w:rPr>
          <w:rFonts w:ascii="Arial" w:hAnsi="Arial"/>
        </w:rPr>
        <w:t xml:space="preserve"> personas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parasti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pavada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interneta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meklēšanā</w:t>
      </w:r>
      <w:proofErr w:type="spellEnd"/>
      <w:r>
        <w:rPr>
          <w:rFonts w:ascii="Arial" w:hAnsi="Arial"/>
        </w:rPr>
        <w:t xml:space="preserve">, rakstu lasīšanā un maršrutu salīdzināšanā. </w:t>
      </w:r>
      <w:proofErr w:type="spellStart"/>
      <w:r w:rsidR="002953C9">
        <w:rPr>
          <w:rFonts w:ascii="Arial" w:hAnsi="Arial"/>
        </w:rPr>
        <w:t>Jūs</w:t>
      </w:r>
      <w:proofErr w:type="spellEnd"/>
      <w:r>
        <w:rPr>
          <w:rFonts w:ascii="Arial" w:hAnsi="Arial"/>
        </w:rPr>
        <w:t xml:space="preserve"> mums </w:t>
      </w:r>
      <w:proofErr w:type="spellStart"/>
      <w:r>
        <w:rPr>
          <w:rFonts w:ascii="Arial" w:hAnsi="Arial"/>
        </w:rPr>
        <w:t>pastāst</w:t>
      </w:r>
      <w:r w:rsidR="002953C9">
        <w:rPr>
          <w:rFonts w:ascii="Arial" w:hAnsi="Arial"/>
        </w:rPr>
        <w:t>at</w:t>
      </w:r>
      <w:proofErr w:type="spellEnd"/>
      <w:r>
        <w:rPr>
          <w:rFonts w:ascii="Arial" w:hAnsi="Arial"/>
        </w:rPr>
        <w:t xml:space="preserve"> ko </w:t>
      </w:r>
      <w:proofErr w:type="spellStart"/>
      <w:r>
        <w:rPr>
          <w:rFonts w:ascii="Arial" w:hAnsi="Arial"/>
        </w:rPr>
        <w:t>vēl</w:t>
      </w:r>
      <w:r w:rsidR="002953C9">
        <w:rPr>
          <w:rFonts w:ascii="Arial" w:hAnsi="Arial"/>
        </w:rPr>
        <w:t>ati</w:t>
      </w:r>
      <w:r>
        <w:rPr>
          <w:rFonts w:ascii="Arial" w:hAnsi="Arial"/>
        </w:rPr>
        <w:t>es</w:t>
      </w:r>
      <w:proofErr w:type="spellEnd"/>
      <w:r w:rsidR="002953C9">
        <w:rPr>
          <w:rFonts w:ascii="Arial" w:hAnsi="Arial"/>
        </w:rPr>
        <w:t xml:space="preserve"> –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mēs</w:t>
      </w:r>
      <w:proofErr w:type="spellEnd"/>
      <w:r w:rsidR="002953C9">
        <w:rPr>
          <w:rFonts w:ascii="Arial" w:hAnsi="Arial"/>
        </w:rPr>
        <w:t xml:space="preserve"> Jums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sagatavo</w:t>
      </w:r>
      <w:r w:rsidR="002953C9">
        <w:rPr>
          <w:rFonts w:ascii="Arial" w:hAnsi="Arial"/>
        </w:rPr>
        <w:t>jam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personalizētu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detalizētu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plānu</w:t>
      </w:r>
      <w:proofErr w:type="spellEnd"/>
      <w:r w:rsidR="002953C9">
        <w:rPr>
          <w:rFonts w:ascii="Arial" w:hAnsi="Arial"/>
        </w:rPr>
        <w:t xml:space="preserve"> un </w:t>
      </w:r>
      <w:proofErr w:type="spellStart"/>
      <w:r w:rsidR="002953C9">
        <w:rPr>
          <w:rFonts w:ascii="Arial" w:hAnsi="Arial"/>
        </w:rPr>
        <w:t>iedodam</w:t>
      </w:r>
      <w:proofErr w:type="spellEnd"/>
      <w:r w:rsidR="002953C9">
        <w:rPr>
          <w:rFonts w:ascii="Arial" w:hAnsi="Arial"/>
        </w:rPr>
        <w:t xml:space="preserve"> </w:t>
      </w:r>
      <w:proofErr w:type="spellStart"/>
      <w:r w:rsidR="002953C9">
        <w:rPr>
          <w:rFonts w:ascii="Arial" w:hAnsi="Arial"/>
        </w:rPr>
        <w:t>noteiktās</w:t>
      </w:r>
      <w:proofErr w:type="spellEnd"/>
      <w:r w:rsidR="002953C9">
        <w:rPr>
          <w:rFonts w:ascii="Arial" w:hAnsi="Arial"/>
        </w:rPr>
        <w:t xml:space="preserve"> </w:t>
      </w:r>
      <w:proofErr w:type="spellStart"/>
      <w:r w:rsidR="002953C9">
        <w:rPr>
          <w:rFonts w:ascii="Arial" w:hAnsi="Arial"/>
        </w:rPr>
        <w:t>valsts</w:t>
      </w:r>
      <w:proofErr w:type="spellEnd"/>
      <w:r w:rsidR="002953C9">
        <w:rPr>
          <w:rFonts w:ascii="Arial" w:hAnsi="Arial"/>
        </w:rPr>
        <w:t>/</w:t>
      </w:r>
      <w:proofErr w:type="spellStart"/>
      <w:r w:rsidR="002953C9">
        <w:rPr>
          <w:rFonts w:ascii="Arial" w:hAnsi="Arial"/>
        </w:rPr>
        <w:t>vietas</w:t>
      </w:r>
      <w:proofErr w:type="spellEnd"/>
      <w:r w:rsidR="002953C9">
        <w:rPr>
          <w:rFonts w:ascii="Arial" w:hAnsi="Arial"/>
        </w:rPr>
        <w:t xml:space="preserve"> </w:t>
      </w:r>
      <w:proofErr w:type="spellStart"/>
      <w:r w:rsidR="002953C9">
        <w:rPr>
          <w:rFonts w:ascii="Arial" w:hAnsi="Arial"/>
        </w:rPr>
        <w:t>ceļojumam</w:t>
      </w:r>
      <w:proofErr w:type="spellEnd"/>
      <w:r w:rsidR="002953C9">
        <w:rPr>
          <w:rFonts w:ascii="Arial" w:hAnsi="Arial"/>
        </w:rPr>
        <w:t xml:space="preserve"> </w:t>
      </w:r>
      <w:proofErr w:type="spellStart"/>
      <w:r w:rsidR="002953C9">
        <w:rPr>
          <w:rFonts w:ascii="Arial" w:hAnsi="Arial"/>
        </w:rPr>
        <w:t>nepieciešamos</w:t>
      </w:r>
      <w:proofErr w:type="spellEnd"/>
      <w:r w:rsidR="002953C9">
        <w:rPr>
          <w:rFonts w:ascii="Arial" w:hAnsi="Arial"/>
        </w:rPr>
        <w:t xml:space="preserve"> </w:t>
      </w:r>
      <w:proofErr w:type="spellStart"/>
      <w:r w:rsidR="002953C9">
        <w:rPr>
          <w:rFonts w:ascii="Arial" w:hAnsi="Arial"/>
        </w:rPr>
        <w:t>padomus</w:t>
      </w:r>
      <w:proofErr w:type="spellEnd"/>
      <w:r w:rsidR="002953C9">
        <w:rPr>
          <w:rFonts w:ascii="Arial" w:hAnsi="Arial"/>
        </w:rPr>
        <w:t xml:space="preserve"> un </w:t>
      </w:r>
      <w:proofErr w:type="spellStart"/>
      <w:r w:rsidR="002953C9">
        <w:rPr>
          <w:rFonts w:ascii="Arial" w:hAnsi="Arial"/>
        </w:rPr>
        <w:t>zināšanas</w:t>
      </w:r>
      <w:proofErr w:type="spellEnd"/>
      <w:r>
        <w:rPr>
          <w:rFonts w:ascii="Arial" w:hAnsi="Arial"/>
        </w:rPr>
        <w:t>.</w:t>
      </w:r>
    </w:p>
    <w:p w14:paraId="46314DDF" w14:textId="79EBC595" w:rsidR="002928F8" w:rsidRDefault="00000000">
      <w:pPr>
        <w:spacing w:before="40" w:after="120"/>
      </w:pPr>
      <w:proofErr w:type="spellStart"/>
      <w:r>
        <w:rPr>
          <w:rFonts w:ascii="Arial" w:hAnsi="Arial"/>
        </w:rPr>
        <w:t>Mūsu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pamatā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zināšanas</w:t>
      </w:r>
      <w:proofErr w:type="spellEnd"/>
      <w:r>
        <w:rPr>
          <w:rFonts w:ascii="Arial" w:hAnsi="Arial"/>
        </w:rPr>
        <w:t xml:space="preserve"> par </w:t>
      </w:r>
      <w:proofErr w:type="spellStart"/>
      <w:r>
        <w:rPr>
          <w:rFonts w:ascii="Arial" w:hAnsi="Arial"/>
        </w:rPr>
        <w:t>ceļošanas</w:t>
      </w:r>
      <w:proofErr w:type="spellEnd"/>
      <w:r>
        <w:rPr>
          <w:rFonts w:ascii="Arial" w:hAnsi="Arial"/>
        </w:rPr>
        <w:t xml:space="preserve"> loģistiku, kultūru, </w:t>
      </w:r>
      <w:proofErr w:type="spellStart"/>
      <w:r>
        <w:rPr>
          <w:rFonts w:ascii="Arial" w:hAnsi="Arial"/>
        </w:rPr>
        <w:t>praktisko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informāciju</w:t>
      </w:r>
      <w:proofErr w:type="spellEnd"/>
      <w:r>
        <w:rPr>
          <w:rFonts w:ascii="Arial" w:hAnsi="Arial"/>
        </w:rPr>
        <w:t xml:space="preserve"> un </w:t>
      </w:r>
      <w:proofErr w:type="spellStart"/>
      <w:r>
        <w:rPr>
          <w:rFonts w:ascii="Arial" w:hAnsi="Arial"/>
        </w:rPr>
        <w:t>vietējo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dzīvi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dažādās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destinācijās</w:t>
      </w:r>
      <w:proofErr w:type="spellEnd"/>
      <w:r w:rsidR="002953C9">
        <w:rPr>
          <w:rFonts w:ascii="Arial" w:hAnsi="Arial"/>
        </w:rPr>
        <w:t xml:space="preserve"> - </w:t>
      </w:r>
      <w:proofErr w:type="spellStart"/>
      <w:r>
        <w:rPr>
          <w:rFonts w:ascii="Arial" w:hAnsi="Arial"/>
        </w:rPr>
        <w:t>apvienojumā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moderniem</w:t>
      </w:r>
      <w:proofErr w:type="spellEnd"/>
      <w:r w:rsidR="002953C9">
        <w:rPr>
          <w:rFonts w:ascii="Arial" w:hAnsi="Arial"/>
        </w:rPr>
        <w:t xml:space="preserve"> un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digitālajiem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rīkiem</w:t>
      </w:r>
      <w:proofErr w:type="spellEnd"/>
      <w:r w:rsidR="002953C9">
        <w:rPr>
          <w:rFonts w:ascii="Arial" w:hAnsi="Arial"/>
        </w:rPr>
        <w:t>,</w:t>
      </w:r>
      <w:r>
        <w:rPr>
          <w:rFonts w:ascii="Arial" w:hAnsi="Arial"/>
        </w:rPr>
        <w:t xml:space="preserve"> kas </w:t>
      </w:r>
      <w:proofErr w:type="spellStart"/>
      <w:r>
        <w:rPr>
          <w:rFonts w:ascii="Arial" w:hAnsi="Arial"/>
        </w:rPr>
        <w:t>ļauj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sagatavot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augstākas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kvalitātes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plānu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ātrāk</w:t>
      </w:r>
      <w:proofErr w:type="spellEnd"/>
      <w:r>
        <w:rPr>
          <w:rFonts w:ascii="Arial" w:hAnsi="Arial"/>
        </w:rPr>
        <w:t xml:space="preserve"> un </w:t>
      </w:r>
      <w:proofErr w:type="spellStart"/>
      <w:r>
        <w:rPr>
          <w:rFonts w:ascii="Arial" w:hAnsi="Arial"/>
        </w:rPr>
        <w:t>precīzāk</w:t>
      </w:r>
      <w:proofErr w:type="spellEnd"/>
      <w:r w:rsidR="002953C9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nekā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tradicionālās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metodes</w:t>
      </w:r>
      <w:proofErr w:type="spellEnd"/>
      <w:r>
        <w:rPr>
          <w:rFonts w:ascii="Arial" w:hAnsi="Arial"/>
        </w:rPr>
        <w:t>.</w:t>
      </w:r>
    </w:p>
    <w:p w14:paraId="6C8538FA" w14:textId="4E257BB4" w:rsidR="002928F8" w:rsidRDefault="00000000">
      <w:pPr>
        <w:pBdr>
          <w:top w:val="single" w:sz="4" w:space="6" w:color="C9A84C"/>
          <w:left w:val="single" w:sz="4" w:space="6" w:color="C9A84C"/>
          <w:bottom w:val="single" w:sz="4" w:space="6" w:color="C9A84C"/>
          <w:right w:val="single" w:sz="4" w:space="6" w:color="C9A84C"/>
        </w:pBdr>
        <w:shd w:val="clear" w:color="auto" w:fill="FFFBF0"/>
        <w:spacing w:before="120" w:after="120"/>
        <w:ind w:left="283" w:right="283"/>
      </w:pPr>
      <w:r>
        <w:rPr>
          <w:rFonts w:ascii="Arial" w:hAnsi="Arial"/>
          <w:i/>
          <w:color w:val="50320A"/>
          <w:sz w:val="21"/>
        </w:rPr>
        <w:t xml:space="preserve">💡 </w:t>
      </w:r>
      <w:proofErr w:type="spellStart"/>
      <w:r>
        <w:rPr>
          <w:rFonts w:ascii="Arial" w:hAnsi="Arial"/>
          <w:i/>
          <w:color w:val="50320A"/>
          <w:sz w:val="21"/>
        </w:rPr>
        <w:t>Vienkārši</w:t>
      </w:r>
      <w:proofErr w:type="spellEnd"/>
      <w:r>
        <w:rPr>
          <w:rFonts w:ascii="Arial" w:hAnsi="Arial"/>
          <w:i/>
          <w:color w:val="50320A"/>
          <w:sz w:val="21"/>
        </w:rPr>
        <w:t xml:space="preserve"> </w:t>
      </w:r>
      <w:proofErr w:type="spellStart"/>
      <w:r>
        <w:rPr>
          <w:rFonts w:ascii="Arial" w:hAnsi="Arial"/>
          <w:i/>
          <w:color w:val="50320A"/>
          <w:sz w:val="21"/>
        </w:rPr>
        <w:t>sakot</w:t>
      </w:r>
      <w:proofErr w:type="spellEnd"/>
      <w:r>
        <w:rPr>
          <w:rFonts w:ascii="Arial" w:hAnsi="Arial"/>
          <w:i/>
          <w:color w:val="50320A"/>
          <w:sz w:val="21"/>
        </w:rPr>
        <w:t xml:space="preserve">: </w:t>
      </w:r>
      <w:proofErr w:type="spellStart"/>
      <w:r>
        <w:rPr>
          <w:rFonts w:ascii="Arial" w:hAnsi="Arial"/>
          <w:i/>
          <w:color w:val="50320A"/>
          <w:sz w:val="21"/>
        </w:rPr>
        <w:t>mēs</w:t>
      </w:r>
      <w:proofErr w:type="spellEnd"/>
      <w:r>
        <w:rPr>
          <w:rFonts w:ascii="Arial" w:hAnsi="Arial"/>
          <w:i/>
          <w:color w:val="50320A"/>
          <w:sz w:val="21"/>
        </w:rPr>
        <w:t xml:space="preserve"> </w:t>
      </w:r>
      <w:proofErr w:type="spellStart"/>
      <w:r>
        <w:rPr>
          <w:rFonts w:ascii="Arial" w:hAnsi="Arial"/>
          <w:i/>
          <w:color w:val="50320A"/>
          <w:sz w:val="21"/>
        </w:rPr>
        <w:t>esam</w:t>
      </w:r>
      <w:proofErr w:type="spellEnd"/>
      <w:r>
        <w:rPr>
          <w:rFonts w:ascii="Arial" w:hAnsi="Arial"/>
          <w:i/>
          <w:color w:val="50320A"/>
          <w:sz w:val="21"/>
        </w:rPr>
        <w:t xml:space="preserve"> </w:t>
      </w:r>
      <w:proofErr w:type="spellStart"/>
      <w:r w:rsidR="002953C9">
        <w:rPr>
          <w:rFonts w:ascii="Arial" w:hAnsi="Arial"/>
          <w:i/>
          <w:color w:val="50320A"/>
          <w:sz w:val="21"/>
        </w:rPr>
        <w:t>Jūsu</w:t>
      </w:r>
      <w:proofErr w:type="spellEnd"/>
      <w:r>
        <w:rPr>
          <w:rFonts w:ascii="Arial" w:hAnsi="Arial"/>
          <w:i/>
          <w:color w:val="50320A"/>
          <w:sz w:val="21"/>
        </w:rPr>
        <w:t xml:space="preserve"> </w:t>
      </w:r>
      <w:proofErr w:type="spellStart"/>
      <w:r>
        <w:rPr>
          <w:rFonts w:ascii="Arial" w:hAnsi="Arial"/>
          <w:i/>
          <w:color w:val="50320A"/>
          <w:sz w:val="21"/>
        </w:rPr>
        <w:t>personīgais</w:t>
      </w:r>
      <w:proofErr w:type="spellEnd"/>
      <w:r>
        <w:rPr>
          <w:rFonts w:ascii="Arial" w:hAnsi="Arial"/>
          <w:i/>
          <w:color w:val="50320A"/>
          <w:sz w:val="21"/>
        </w:rPr>
        <w:t xml:space="preserve"> </w:t>
      </w:r>
      <w:proofErr w:type="spellStart"/>
      <w:r>
        <w:rPr>
          <w:rFonts w:ascii="Arial" w:hAnsi="Arial"/>
          <w:i/>
          <w:color w:val="50320A"/>
          <w:sz w:val="21"/>
        </w:rPr>
        <w:t>ceļojumu</w:t>
      </w:r>
      <w:proofErr w:type="spellEnd"/>
      <w:r>
        <w:rPr>
          <w:rFonts w:ascii="Arial" w:hAnsi="Arial"/>
          <w:i/>
          <w:color w:val="50320A"/>
          <w:sz w:val="21"/>
        </w:rPr>
        <w:t xml:space="preserve"> </w:t>
      </w:r>
      <w:proofErr w:type="spellStart"/>
      <w:r>
        <w:rPr>
          <w:rFonts w:ascii="Arial" w:hAnsi="Arial"/>
          <w:i/>
          <w:color w:val="50320A"/>
          <w:sz w:val="21"/>
        </w:rPr>
        <w:t>eksperts</w:t>
      </w:r>
      <w:proofErr w:type="spellEnd"/>
      <w:r w:rsidR="002953C9">
        <w:rPr>
          <w:rFonts w:ascii="Arial" w:hAnsi="Arial"/>
          <w:i/>
          <w:color w:val="50320A"/>
          <w:sz w:val="21"/>
        </w:rPr>
        <w:t>,</w:t>
      </w:r>
      <w:r>
        <w:rPr>
          <w:rFonts w:ascii="Arial" w:hAnsi="Arial"/>
          <w:i/>
          <w:color w:val="50320A"/>
          <w:sz w:val="21"/>
        </w:rPr>
        <w:t xml:space="preserve"> </w:t>
      </w:r>
      <w:proofErr w:type="spellStart"/>
      <w:r>
        <w:rPr>
          <w:rFonts w:ascii="Arial" w:hAnsi="Arial"/>
          <w:i/>
          <w:color w:val="50320A"/>
          <w:sz w:val="21"/>
        </w:rPr>
        <w:t>kurš</w:t>
      </w:r>
      <w:proofErr w:type="spellEnd"/>
      <w:r>
        <w:rPr>
          <w:rFonts w:ascii="Arial" w:hAnsi="Arial"/>
          <w:i/>
          <w:color w:val="50320A"/>
          <w:sz w:val="21"/>
        </w:rPr>
        <w:t xml:space="preserve"> </w:t>
      </w:r>
      <w:proofErr w:type="spellStart"/>
      <w:r>
        <w:rPr>
          <w:rFonts w:ascii="Arial" w:hAnsi="Arial"/>
          <w:i/>
          <w:color w:val="50320A"/>
          <w:sz w:val="21"/>
        </w:rPr>
        <w:t>sagatavo</w:t>
      </w:r>
      <w:proofErr w:type="spellEnd"/>
      <w:r>
        <w:rPr>
          <w:rFonts w:ascii="Arial" w:hAnsi="Arial"/>
          <w:i/>
          <w:color w:val="50320A"/>
          <w:sz w:val="21"/>
        </w:rPr>
        <w:t xml:space="preserve"> </w:t>
      </w:r>
      <w:proofErr w:type="spellStart"/>
      <w:r>
        <w:rPr>
          <w:rFonts w:ascii="Arial" w:hAnsi="Arial"/>
          <w:i/>
          <w:color w:val="50320A"/>
          <w:sz w:val="21"/>
        </w:rPr>
        <w:t>visu</w:t>
      </w:r>
      <w:proofErr w:type="spellEnd"/>
      <w:r w:rsidR="002953C9">
        <w:rPr>
          <w:rFonts w:ascii="Arial" w:hAnsi="Arial"/>
          <w:i/>
          <w:color w:val="50320A"/>
          <w:sz w:val="21"/>
        </w:rPr>
        <w:t>,</w:t>
      </w:r>
      <w:r>
        <w:rPr>
          <w:rFonts w:ascii="Arial" w:hAnsi="Arial"/>
          <w:i/>
          <w:color w:val="50320A"/>
          <w:sz w:val="21"/>
        </w:rPr>
        <w:t xml:space="preserve"> k</w:t>
      </w:r>
      <w:r w:rsidR="002953C9">
        <w:rPr>
          <w:rFonts w:ascii="Arial" w:hAnsi="Arial"/>
          <w:i/>
          <w:color w:val="50320A"/>
          <w:sz w:val="21"/>
        </w:rPr>
        <w:t>as</w:t>
      </w:r>
      <w:r>
        <w:rPr>
          <w:rFonts w:ascii="Arial" w:hAnsi="Arial"/>
          <w:i/>
          <w:color w:val="50320A"/>
          <w:sz w:val="21"/>
        </w:rPr>
        <w:t xml:space="preserve"> </w:t>
      </w:r>
      <w:proofErr w:type="spellStart"/>
      <w:r w:rsidR="002953C9">
        <w:rPr>
          <w:rFonts w:ascii="Arial" w:hAnsi="Arial"/>
          <w:i/>
          <w:color w:val="50320A"/>
          <w:sz w:val="21"/>
        </w:rPr>
        <w:t>ir</w:t>
      </w:r>
      <w:proofErr w:type="spellEnd"/>
      <w:r w:rsidR="002953C9">
        <w:rPr>
          <w:rFonts w:ascii="Arial" w:hAnsi="Arial"/>
          <w:i/>
          <w:color w:val="50320A"/>
          <w:sz w:val="21"/>
        </w:rPr>
        <w:t xml:space="preserve"> </w:t>
      </w:r>
      <w:proofErr w:type="spellStart"/>
      <w:r w:rsidR="002953C9">
        <w:rPr>
          <w:rFonts w:ascii="Arial" w:hAnsi="Arial"/>
          <w:i/>
          <w:color w:val="50320A"/>
          <w:sz w:val="21"/>
        </w:rPr>
        <w:t>nepieciešams</w:t>
      </w:r>
      <w:proofErr w:type="spellEnd"/>
      <w:r>
        <w:rPr>
          <w:rFonts w:ascii="Arial" w:hAnsi="Arial"/>
          <w:i/>
          <w:color w:val="50320A"/>
          <w:sz w:val="21"/>
        </w:rPr>
        <w:t xml:space="preserve"> </w:t>
      </w:r>
      <w:proofErr w:type="spellStart"/>
      <w:r>
        <w:rPr>
          <w:rFonts w:ascii="Arial" w:hAnsi="Arial"/>
          <w:i/>
          <w:color w:val="50320A"/>
          <w:sz w:val="21"/>
        </w:rPr>
        <w:t>pirms</w:t>
      </w:r>
      <w:proofErr w:type="spellEnd"/>
      <w:r>
        <w:rPr>
          <w:rFonts w:ascii="Arial" w:hAnsi="Arial"/>
          <w:i/>
          <w:color w:val="50320A"/>
          <w:sz w:val="21"/>
        </w:rPr>
        <w:t xml:space="preserve"> </w:t>
      </w:r>
      <w:proofErr w:type="spellStart"/>
      <w:r>
        <w:rPr>
          <w:rFonts w:ascii="Arial" w:hAnsi="Arial"/>
          <w:i/>
          <w:color w:val="50320A"/>
          <w:sz w:val="21"/>
        </w:rPr>
        <w:t>izbraukšanas</w:t>
      </w:r>
      <w:proofErr w:type="spellEnd"/>
      <w:r>
        <w:rPr>
          <w:rFonts w:ascii="Arial" w:hAnsi="Arial"/>
          <w:i/>
          <w:color w:val="50320A"/>
          <w:sz w:val="21"/>
        </w:rPr>
        <w:t xml:space="preserve"> </w:t>
      </w:r>
      <w:r w:rsidR="00FE2DDB">
        <w:rPr>
          <w:rFonts w:ascii="Arial" w:hAnsi="Arial"/>
          <w:i/>
          <w:color w:val="50320A"/>
          <w:sz w:val="21"/>
        </w:rPr>
        <w:t xml:space="preserve">- </w:t>
      </w:r>
      <w:r w:rsidR="002953C9">
        <w:rPr>
          <w:rFonts w:ascii="Arial" w:hAnsi="Arial"/>
          <w:i/>
          <w:color w:val="50320A"/>
          <w:sz w:val="21"/>
        </w:rPr>
        <w:t>Jums</w:t>
      </w:r>
      <w:r>
        <w:rPr>
          <w:rFonts w:ascii="Arial" w:hAnsi="Arial"/>
          <w:i/>
          <w:color w:val="50320A"/>
          <w:sz w:val="21"/>
        </w:rPr>
        <w:t xml:space="preserve"> </w:t>
      </w:r>
      <w:proofErr w:type="spellStart"/>
      <w:r>
        <w:rPr>
          <w:rFonts w:ascii="Arial" w:hAnsi="Arial"/>
          <w:i/>
          <w:color w:val="50320A"/>
          <w:sz w:val="21"/>
        </w:rPr>
        <w:t>atliek</w:t>
      </w:r>
      <w:proofErr w:type="spellEnd"/>
      <w:r>
        <w:rPr>
          <w:rFonts w:ascii="Arial" w:hAnsi="Arial"/>
          <w:i/>
          <w:color w:val="50320A"/>
          <w:sz w:val="21"/>
        </w:rPr>
        <w:t xml:space="preserve"> </w:t>
      </w:r>
      <w:proofErr w:type="spellStart"/>
      <w:r>
        <w:rPr>
          <w:rFonts w:ascii="Arial" w:hAnsi="Arial"/>
          <w:i/>
          <w:color w:val="50320A"/>
          <w:sz w:val="21"/>
        </w:rPr>
        <w:t>tikai</w:t>
      </w:r>
      <w:proofErr w:type="spellEnd"/>
      <w:r>
        <w:rPr>
          <w:rFonts w:ascii="Arial" w:hAnsi="Arial"/>
          <w:i/>
          <w:color w:val="50320A"/>
          <w:sz w:val="21"/>
        </w:rPr>
        <w:t xml:space="preserve"> </w:t>
      </w:r>
      <w:proofErr w:type="spellStart"/>
      <w:r>
        <w:rPr>
          <w:rFonts w:ascii="Arial" w:hAnsi="Arial"/>
          <w:i/>
          <w:color w:val="50320A"/>
          <w:sz w:val="21"/>
        </w:rPr>
        <w:t>rezervēt</w:t>
      </w:r>
      <w:proofErr w:type="spellEnd"/>
      <w:r w:rsidR="00FE2DDB">
        <w:rPr>
          <w:rFonts w:ascii="Arial" w:hAnsi="Arial"/>
          <w:i/>
          <w:color w:val="50320A"/>
          <w:sz w:val="21"/>
        </w:rPr>
        <w:t>,</w:t>
      </w:r>
      <w:r>
        <w:rPr>
          <w:rFonts w:ascii="Arial" w:hAnsi="Arial"/>
          <w:i/>
          <w:color w:val="50320A"/>
          <w:sz w:val="21"/>
        </w:rPr>
        <w:t xml:space="preserve"> un </w:t>
      </w:r>
      <w:proofErr w:type="spellStart"/>
      <w:r>
        <w:rPr>
          <w:rFonts w:ascii="Arial" w:hAnsi="Arial"/>
          <w:i/>
          <w:color w:val="50320A"/>
          <w:sz w:val="21"/>
        </w:rPr>
        <w:t>doties</w:t>
      </w:r>
      <w:proofErr w:type="spellEnd"/>
      <w:r>
        <w:rPr>
          <w:rFonts w:ascii="Arial" w:hAnsi="Arial"/>
          <w:i/>
          <w:color w:val="50320A"/>
          <w:sz w:val="21"/>
        </w:rPr>
        <w:t xml:space="preserve"> </w:t>
      </w:r>
      <w:proofErr w:type="spellStart"/>
      <w:r>
        <w:rPr>
          <w:rFonts w:ascii="Arial" w:hAnsi="Arial"/>
          <w:i/>
          <w:color w:val="50320A"/>
          <w:sz w:val="21"/>
        </w:rPr>
        <w:t>ceļā</w:t>
      </w:r>
      <w:proofErr w:type="spellEnd"/>
      <w:r>
        <w:rPr>
          <w:rFonts w:ascii="Arial" w:hAnsi="Arial"/>
          <w:i/>
          <w:color w:val="50320A"/>
          <w:sz w:val="21"/>
        </w:rPr>
        <w:t>.</w:t>
      </w:r>
    </w:p>
    <w:p w14:paraId="4DE7CE46" w14:textId="187183D5" w:rsidR="002928F8" w:rsidRDefault="00000000">
      <w:pPr>
        <w:shd w:val="clear" w:color="auto" w:fill="1A4A7A"/>
        <w:spacing w:before="360" w:after="120"/>
        <w:ind w:left="170"/>
      </w:pPr>
      <w:r>
        <w:rPr>
          <w:rFonts w:ascii="Arial" w:hAnsi="Arial"/>
          <w:b/>
          <w:color w:val="FFFFFF"/>
          <w:sz w:val="28"/>
        </w:rPr>
        <w:t xml:space="preserve">2. ✅ KO PIEDĀVĀJAM </w:t>
      </w:r>
      <w:r w:rsidR="002953C9">
        <w:rPr>
          <w:rFonts w:ascii="Arial" w:hAnsi="Arial"/>
          <w:b/>
          <w:color w:val="FFFFFF"/>
          <w:sz w:val="28"/>
        </w:rPr>
        <w:t>-</w:t>
      </w:r>
      <w:r>
        <w:rPr>
          <w:rFonts w:ascii="Arial" w:hAnsi="Arial"/>
          <w:b/>
          <w:color w:val="FFFFFF"/>
          <w:sz w:val="28"/>
        </w:rPr>
        <w:t xml:space="preserve"> PILNS SARAKSTS</w:t>
      </w:r>
    </w:p>
    <w:p w14:paraId="50E12C38" w14:textId="77777777" w:rsidR="002928F8" w:rsidRDefault="00000000">
      <w:pPr>
        <w:spacing w:before="240" w:after="80"/>
      </w:pPr>
      <w:proofErr w:type="gramStart"/>
      <w:r>
        <w:rPr>
          <w:rFonts w:ascii="Arial" w:hAnsi="Arial"/>
          <w:b/>
          <w:color w:val="14468C"/>
          <w:sz w:val="24"/>
        </w:rPr>
        <w:t>📅  Maršruts</w:t>
      </w:r>
      <w:proofErr w:type="gramEnd"/>
      <w:r>
        <w:rPr>
          <w:rFonts w:ascii="Arial" w:hAnsi="Arial"/>
          <w:b/>
          <w:color w:val="14468C"/>
          <w:sz w:val="24"/>
        </w:rPr>
        <w:t xml:space="preserve"> un plānošana</w:t>
      </w:r>
    </w:p>
    <w:p w14:paraId="2CAE3E95" w14:textId="4B5E6903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Transporta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ieteikumi</w:t>
      </w:r>
      <w:proofErr w:type="spellEnd"/>
      <w:r w:rsidR="001D17C4">
        <w:rPr>
          <w:rFonts w:ascii="Arial" w:hAnsi="Arial"/>
        </w:rPr>
        <w:t xml:space="preserve"> -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kā</w:t>
      </w:r>
      <w:proofErr w:type="spellEnd"/>
      <w:r>
        <w:rPr>
          <w:rFonts w:ascii="Arial" w:hAnsi="Arial"/>
        </w:rPr>
        <w:t xml:space="preserve"> </w:t>
      </w:r>
      <w:proofErr w:type="spellStart"/>
      <w:r w:rsidR="001D17C4">
        <w:rPr>
          <w:rFonts w:ascii="Arial" w:hAnsi="Arial"/>
        </w:rPr>
        <w:t>labāk</w:t>
      </w:r>
      <w:proofErr w:type="spellEnd"/>
      <w:r w:rsidR="001D17C4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nokļūt</w:t>
      </w:r>
      <w:proofErr w:type="spellEnd"/>
      <w:r>
        <w:rPr>
          <w:rFonts w:ascii="Arial" w:hAnsi="Arial"/>
        </w:rPr>
        <w:t xml:space="preserve"> no</w:t>
      </w:r>
      <w:r w:rsidR="001D17C4">
        <w:rPr>
          <w:rFonts w:ascii="Arial" w:hAnsi="Arial"/>
        </w:rPr>
        <w:t xml:space="preserve"> </w:t>
      </w:r>
      <w:proofErr w:type="spellStart"/>
      <w:r w:rsidR="001D17C4">
        <w:rPr>
          <w:rFonts w:ascii="Arial" w:hAnsi="Arial"/>
        </w:rPr>
        <w:t>punkta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uz</w:t>
      </w:r>
      <w:proofErr w:type="spellEnd"/>
      <w:r>
        <w:rPr>
          <w:rFonts w:ascii="Arial" w:hAnsi="Arial"/>
        </w:rPr>
        <w:t xml:space="preserve"> B (metro, </w:t>
      </w:r>
      <w:proofErr w:type="spellStart"/>
      <w:r>
        <w:rPr>
          <w:rFonts w:ascii="Arial" w:hAnsi="Arial"/>
        </w:rPr>
        <w:t>autobuss</w:t>
      </w:r>
      <w:proofErr w:type="spellEnd"/>
      <w:r>
        <w:rPr>
          <w:rFonts w:ascii="Arial" w:hAnsi="Arial"/>
        </w:rPr>
        <w:t>, taksometrs, kājas)</w:t>
      </w:r>
      <w:r w:rsidR="001D17C4">
        <w:rPr>
          <w:rFonts w:ascii="Arial" w:hAnsi="Arial"/>
        </w:rPr>
        <w:t>.</w:t>
      </w:r>
    </w:p>
    <w:p w14:paraId="33A3A31C" w14:textId="7FEF6E8E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Optimāla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dienas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struktūra</w:t>
      </w:r>
      <w:proofErr w:type="spellEnd"/>
      <w:r w:rsidR="001D17C4">
        <w:rPr>
          <w:rFonts w:ascii="Arial" w:hAnsi="Arial"/>
        </w:rPr>
        <w:t xml:space="preserve"> - </w:t>
      </w:r>
      <w:proofErr w:type="spellStart"/>
      <w:r>
        <w:rPr>
          <w:rFonts w:ascii="Arial" w:hAnsi="Arial"/>
        </w:rPr>
        <w:t>aktivitātes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plānotas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atbilstoši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laikam</w:t>
      </w:r>
      <w:proofErr w:type="spellEnd"/>
      <w:r>
        <w:rPr>
          <w:rFonts w:ascii="Arial" w:hAnsi="Arial"/>
        </w:rPr>
        <w:t xml:space="preserve"> un </w:t>
      </w:r>
      <w:proofErr w:type="spellStart"/>
      <w:r>
        <w:rPr>
          <w:rFonts w:ascii="Arial" w:hAnsi="Arial"/>
        </w:rPr>
        <w:t>sezonai</w:t>
      </w:r>
      <w:proofErr w:type="spellEnd"/>
      <w:r w:rsidR="001D17C4">
        <w:rPr>
          <w:rFonts w:ascii="Arial" w:hAnsi="Arial"/>
        </w:rPr>
        <w:t>.</w:t>
      </w:r>
    </w:p>
    <w:p w14:paraId="27B53FDE" w14:textId="4CC9C3C1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Alternatīvas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aktivitātes</w:t>
      </w:r>
      <w:proofErr w:type="spellEnd"/>
      <w:r>
        <w:rPr>
          <w:rFonts w:ascii="Arial" w:hAnsi="Arial"/>
        </w:rPr>
        <w:t xml:space="preserve"> </w:t>
      </w:r>
      <w:proofErr w:type="spellStart"/>
      <w:r w:rsidR="001D17C4">
        <w:rPr>
          <w:rFonts w:ascii="Arial" w:hAnsi="Arial"/>
        </w:rPr>
        <w:t>gadījumā</w:t>
      </w:r>
      <w:proofErr w:type="spellEnd"/>
      <w:r w:rsidR="001D17C4">
        <w:rPr>
          <w:rFonts w:ascii="Arial" w:hAnsi="Arial"/>
        </w:rPr>
        <w:t xml:space="preserve"> </w:t>
      </w:r>
      <w:r>
        <w:rPr>
          <w:rFonts w:ascii="Arial" w:hAnsi="Arial"/>
        </w:rPr>
        <w:t xml:space="preserve">ja </w:t>
      </w:r>
      <w:proofErr w:type="spellStart"/>
      <w:r w:rsidR="001D17C4">
        <w:rPr>
          <w:rFonts w:ascii="Arial" w:hAnsi="Arial"/>
        </w:rPr>
        <w:t>mainās</w:t>
      </w:r>
      <w:proofErr w:type="spellEnd"/>
      <w:r w:rsidR="001D17C4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laikapstākļi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vēlmes</w:t>
      </w:r>
      <w:proofErr w:type="spellEnd"/>
      <w:r w:rsidR="001D17C4">
        <w:rPr>
          <w:rFonts w:ascii="Arial" w:hAnsi="Arial"/>
        </w:rPr>
        <w:t>.</w:t>
      </w:r>
    </w:p>
    <w:p w14:paraId="6F5FE131" w14:textId="12E07CAC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Ieteikumi</w:t>
      </w:r>
      <w:proofErr w:type="spellEnd"/>
      <w:r>
        <w:rPr>
          <w:rFonts w:ascii="Arial" w:hAnsi="Arial"/>
        </w:rPr>
        <w:t xml:space="preserve"> </w:t>
      </w:r>
      <w:r w:rsidR="001D17C4">
        <w:rPr>
          <w:rFonts w:ascii="Arial" w:hAnsi="Arial"/>
        </w:rPr>
        <w:t xml:space="preserve">no </w:t>
      </w:r>
      <w:proofErr w:type="spellStart"/>
      <w:r w:rsidR="001D17C4">
        <w:rPr>
          <w:rFonts w:ascii="Arial" w:hAnsi="Arial"/>
        </w:rPr>
        <w:t>kā</w:t>
      </w:r>
      <w:proofErr w:type="spellEnd"/>
      <w:r w:rsidR="001D17C4">
        <w:rPr>
          <w:rFonts w:ascii="Arial" w:hAnsi="Arial"/>
        </w:rPr>
        <w:t xml:space="preserve"> </w:t>
      </w:r>
      <w:proofErr w:type="spellStart"/>
      <w:r w:rsidR="001D17C4">
        <w:rPr>
          <w:rFonts w:ascii="Arial" w:hAnsi="Arial"/>
        </w:rPr>
        <w:t>izvairīties</w:t>
      </w:r>
      <w:proofErr w:type="spellEnd"/>
      <w:r w:rsidR="001D17C4">
        <w:rPr>
          <w:rFonts w:ascii="Arial" w:hAnsi="Arial"/>
        </w:rPr>
        <w:t xml:space="preserve">, un </w:t>
      </w:r>
      <w:proofErr w:type="spellStart"/>
      <w:r w:rsidR="001D17C4">
        <w:rPr>
          <w:rFonts w:ascii="Arial" w:hAnsi="Arial"/>
        </w:rPr>
        <w:t>uz</w:t>
      </w:r>
      <w:proofErr w:type="spellEnd"/>
      <w:r w:rsidR="001D17C4">
        <w:rPr>
          <w:rFonts w:ascii="Arial" w:hAnsi="Arial"/>
        </w:rPr>
        <w:t xml:space="preserve"> </w:t>
      </w:r>
      <w:proofErr w:type="spellStart"/>
      <w:r w:rsidR="001D17C4">
        <w:rPr>
          <w:rFonts w:ascii="Arial" w:hAnsi="Arial"/>
        </w:rPr>
        <w:t>kurieni</w:t>
      </w:r>
      <w:proofErr w:type="spellEnd"/>
      <w:r w:rsidR="001D17C4">
        <w:rPr>
          <w:rFonts w:ascii="Arial" w:hAnsi="Arial"/>
        </w:rPr>
        <w:t xml:space="preserve"> </w:t>
      </w:r>
      <w:proofErr w:type="spellStart"/>
      <w:r w:rsidR="001D17C4">
        <w:rPr>
          <w:rFonts w:ascii="Arial" w:hAnsi="Arial"/>
        </w:rPr>
        <w:t>labāk</w:t>
      </w:r>
      <w:proofErr w:type="spellEnd"/>
      <w:r w:rsidR="001D17C4">
        <w:rPr>
          <w:rFonts w:ascii="Arial" w:hAnsi="Arial"/>
        </w:rPr>
        <w:t xml:space="preserve"> </w:t>
      </w:r>
      <w:proofErr w:type="spellStart"/>
      <w:r w:rsidR="001D17C4">
        <w:rPr>
          <w:rFonts w:ascii="Arial" w:hAnsi="Arial"/>
        </w:rPr>
        <w:t>nedoties</w:t>
      </w:r>
      <w:proofErr w:type="spellEnd"/>
      <w:r w:rsidR="001D17C4">
        <w:rPr>
          <w:rFonts w:ascii="Arial" w:hAnsi="Arial"/>
        </w:rPr>
        <w:t>.</w:t>
      </w:r>
    </w:p>
    <w:p w14:paraId="4C4F01D2" w14:textId="72080806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Maršruta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pielāgošana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pēc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grupas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sastāva</w:t>
      </w:r>
      <w:proofErr w:type="spellEnd"/>
      <w:r w:rsidR="001D17C4">
        <w:rPr>
          <w:rFonts w:ascii="Arial" w:hAnsi="Arial"/>
        </w:rPr>
        <w:t xml:space="preserve"> -</w:t>
      </w:r>
      <w:r>
        <w:rPr>
          <w:rFonts w:ascii="Arial" w:hAnsi="Arial"/>
        </w:rPr>
        <w:t xml:space="preserve"> solo, </w:t>
      </w:r>
      <w:proofErr w:type="spellStart"/>
      <w:r>
        <w:rPr>
          <w:rFonts w:ascii="Arial" w:hAnsi="Arial"/>
        </w:rPr>
        <w:t>pāris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ģimene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bērniem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draugi</w:t>
      </w:r>
      <w:proofErr w:type="spellEnd"/>
      <w:r w:rsidR="001D17C4">
        <w:rPr>
          <w:rFonts w:ascii="Arial" w:hAnsi="Arial"/>
        </w:rPr>
        <w:t xml:space="preserve"> </w:t>
      </w:r>
      <w:proofErr w:type="spellStart"/>
      <w:r w:rsidR="001D17C4">
        <w:rPr>
          <w:rFonts w:ascii="Arial" w:hAnsi="Arial"/>
        </w:rPr>
        <w:t>u.c.</w:t>
      </w:r>
      <w:proofErr w:type="spellEnd"/>
      <w:r w:rsidR="001D17C4">
        <w:rPr>
          <w:rFonts w:ascii="Arial" w:hAnsi="Arial"/>
        </w:rPr>
        <w:t xml:space="preserve"> </w:t>
      </w:r>
    </w:p>
    <w:p w14:paraId="0E05BA39" w14:textId="6F798E31" w:rsidR="002928F8" w:rsidRDefault="00000000">
      <w:pPr>
        <w:spacing w:before="240" w:after="80"/>
      </w:pPr>
      <w:r>
        <w:rPr>
          <w:rFonts w:ascii="Arial" w:hAnsi="Arial"/>
          <w:b/>
          <w:color w:val="14468C"/>
          <w:sz w:val="24"/>
        </w:rPr>
        <w:t xml:space="preserve">🏨 </w:t>
      </w:r>
      <w:proofErr w:type="spellStart"/>
      <w:r>
        <w:rPr>
          <w:rFonts w:ascii="Arial" w:hAnsi="Arial"/>
          <w:b/>
          <w:color w:val="14468C"/>
          <w:sz w:val="24"/>
        </w:rPr>
        <w:t>Naktsmītne</w:t>
      </w:r>
      <w:proofErr w:type="spellEnd"/>
    </w:p>
    <w:p w14:paraId="0CC5C386" w14:textId="102B96D6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Konkrētu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viesnīcu</w:t>
      </w:r>
      <w:proofErr w:type="spellEnd"/>
      <w:r>
        <w:rPr>
          <w:rFonts w:ascii="Arial" w:hAnsi="Arial"/>
        </w:rPr>
        <w:t xml:space="preserve"> un </w:t>
      </w:r>
      <w:proofErr w:type="spellStart"/>
      <w:r>
        <w:rPr>
          <w:rFonts w:ascii="Arial" w:hAnsi="Arial"/>
        </w:rPr>
        <w:t>naktsmītņu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ieteikumi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vērtējumiem</w:t>
      </w:r>
      <w:proofErr w:type="spellEnd"/>
      <w:r>
        <w:rPr>
          <w:rFonts w:ascii="Arial" w:hAnsi="Arial"/>
        </w:rPr>
        <w:t xml:space="preserve"> un </w:t>
      </w:r>
      <w:proofErr w:type="spellStart"/>
      <w:r>
        <w:rPr>
          <w:rFonts w:ascii="Arial" w:hAnsi="Arial"/>
        </w:rPr>
        <w:t>cenu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kategorijām</w:t>
      </w:r>
      <w:proofErr w:type="spellEnd"/>
      <w:r w:rsidR="00B43C84">
        <w:rPr>
          <w:rFonts w:ascii="Arial" w:hAnsi="Arial"/>
        </w:rPr>
        <w:t>.</w:t>
      </w:r>
    </w:p>
    <w:p w14:paraId="19EAA29B" w14:textId="6B1FFAE8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Rajona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izvēles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skaidrojums</w:t>
      </w:r>
      <w:proofErr w:type="spellEnd"/>
      <w:r w:rsidR="00B43C84">
        <w:rPr>
          <w:rFonts w:ascii="Arial" w:hAnsi="Arial"/>
        </w:rPr>
        <w:t xml:space="preserve"> -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labāk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nakšņot</w:t>
      </w:r>
      <w:proofErr w:type="spellEnd"/>
      <w:r w:rsidR="00B43C84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atkarībā</w:t>
      </w:r>
      <w:proofErr w:type="spellEnd"/>
      <w:r>
        <w:rPr>
          <w:rFonts w:ascii="Arial" w:hAnsi="Arial"/>
        </w:rPr>
        <w:t xml:space="preserve"> no </w:t>
      </w:r>
      <w:proofErr w:type="spellStart"/>
      <w:r>
        <w:rPr>
          <w:rFonts w:ascii="Arial" w:hAnsi="Arial"/>
        </w:rPr>
        <w:t>budžeta</w:t>
      </w:r>
      <w:proofErr w:type="spellEnd"/>
      <w:r>
        <w:rPr>
          <w:rFonts w:ascii="Arial" w:hAnsi="Arial"/>
        </w:rPr>
        <w:t xml:space="preserve"> un </w:t>
      </w:r>
      <w:proofErr w:type="spellStart"/>
      <w:r>
        <w:rPr>
          <w:rFonts w:ascii="Arial" w:hAnsi="Arial"/>
        </w:rPr>
        <w:t>plānotajām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aktivitātēm</w:t>
      </w:r>
      <w:proofErr w:type="spellEnd"/>
      <w:r w:rsidR="00B43C84">
        <w:rPr>
          <w:rFonts w:ascii="Arial" w:hAnsi="Arial"/>
        </w:rPr>
        <w:t>.</w:t>
      </w:r>
    </w:p>
    <w:p w14:paraId="596CCD41" w14:textId="6DC7B9A0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r>
        <w:rPr>
          <w:rFonts w:ascii="Arial" w:hAnsi="Arial"/>
        </w:rPr>
        <w:t xml:space="preserve">Booking.com </w:t>
      </w:r>
      <w:proofErr w:type="gramStart"/>
      <w:r w:rsidRPr="00B43C84">
        <w:rPr>
          <w:rFonts w:ascii="Arial" w:hAnsi="Arial"/>
          <w:color w:val="EE0000"/>
        </w:rPr>
        <w:t>un Airbnb</w:t>
      </w:r>
      <w:proofErr w:type="gramEnd"/>
      <w:r w:rsidRPr="00B43C84">
        <w:rPr>
          <w:rFonts w:ascii="Arial" w:hAnsi="Arial"/>
          <w:color w:val="EE0000"/>
        </w:rPr>
        <w:t xml:space="preserve"> </w:t>
      </w:r>
      <w:proofErr w:type="spellStart"/>
      <w:r>
        <w:rPr>
          <w:rFonts w:ascii="Arial" w:hAnsi="Arial"/>
        </w:rPr>
        <w:t>saites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konkrētām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naktsmītnēm</w:t>
      </w:r>
      <w:proofErr w:type="spellEnd"/>
      <w:r w:rsidR="00B43C84">
        <w:rPr>
          <w:rFonts w:ascii="Arial" w:hAnsi="Arial"/>
        </w:rPr>
        <w:t>, un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aktuālām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cenām</w:t>
      </w:r>
      <w:proofErr w:type="spellEnd"/>
      <w:r w:rsidR="00B43C84">
        <w:rPr>
          <w:rFonts w:ascii="Arial" w:hAnsi="Arial"/>
        </w:rPr>
        <w:t>.</w:t>
      </w:r>
    </w:p>
    <w:p w14:paraId="3E0B1240" w14:textId="7798FCAD" w:rsidR="002928F8" w:rsidRDefault="00000000">
      <w:pPr>
        <w:spacing w:before="40" w:after="80"/>
        <w:ind w:left="397"/>
        <w:rPr>
          <w:rFonts w:ascii="Arial" w:hAnsi="Arial"/>
        </w:rPr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Ieteikumi</w:t>
      </w:r>
      <w:proofErr w:type="spellEnd"/>
      <w:r>
        <w:rPr>
          <w:rFonts w:ascii="Arial" w:hAnsi="Arial"/>
        </w:rPr>
        <w:t xml:space="preserve"> par </w:t>
      </w:r>
      <w:proofErr w:type="spellStart"/>
      <w:r>
        <w:rPr>
          <w:rFonts w:ascii="Arial" w:hAnsi="Arial"/>
        </w:rPr>
        <w:t>naktsmītnes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tipu</w:t>
      </w:r>
      <w:proofErr w:type="spellEnd"/>
      <w:r w:rsidR="00B43C84">
        <w:rPr>
          <w:rFonts w:ascii="Arial" w:hAnsi="Arial"/>
        </w:rPr>
        <w:t xml:space="preserve"> -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viesnīca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apartamenti</w:t>
      </w:r>
      <w:proofErr w:type="spellEnd"/>
      <w:r>
        <w:rPr>
          <w:rFonts w:ascii="Arial" w:hAnsi="Arial"/>
        </w:rPr>
        <w:t>, hostel</w:t>
      </w:r>
      <w:r w:rsidR="00B43C84">
        <w:rPr>
          <w:rFonts w:ascii="Arial" w:hAnsi="Arial"/>
        </w:rPr>
        <w:t>…</w:t>
      </w:r>
    </w:p>
    <w:p w14:paraId="3531914C" w14:textId="77777777" w:rsidR="000C5519" w:rsidRDefault="000C5519">
      <w:pPr>
        <w:spacing w:before="40" w:after="80"/>
        <w:ind w:left="397"/>
      </w:pPr>
    </w:p>
    <w:p w14:paraId="58974228" w14:textId="77777777" w:rsidR="003248A7" w:rsidRDefault="003248A7">
      <w:pPr>
        <w:spacing w:before="40" w:after="80"/>
        <w:ind w:left="397"/>
      </w:pPr>
    </w:p>
    <w:p w14:paraId="18D00955" w14:textId="50099B79" w:rsidR="002928F8" w:rsidRDefault="00000000">
      <w:pPr>
        <w:spacing w:before="240" w:after="80"/>
      </w:pPr>
      <w:r>
        <w:rPr>
          <w:rFonts w:ascii="Arial" w:hAnsi="Arial"/>
          <w:b/>
          <w:color w:val="14468C"/>
          <w:sz w:val="24"/>
        </w:rPr>
        <w:lastRenderedPageBreak/>
        <w:t xml:space="preserve">✈ </w:t>
      </w:r>
      <w:proofErr w:type="spellStart"/>
      <w:r>
        <w:rPr>
          <w:rFonts w:ascii="Arial" w:hAnsi="Arial"/>
          <w:b/>
          <w:color w:val="14468C"/>
          <w:sz w:val="24"/>
        </w:rPr>
        <w:t>Lidojumi</w:t>
      </w:r>
      <w:proofErr w:type="spellEnd"/>
    </w:p>
    <w:p w14:paraId="028F9A43" w14:textId="007D6FE3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Padomi</w:t>
      </w:r>
      <w:proofErr w:type="spellEnd"/>
      <w:r>
        <w:rPr>
          <w:rFonts w:ascii="Arial" w:hAnsi="Arial"/>
        </w:rPr>
        <w:t xml:space="preserve"> par </w:t>
      </w:r>
      <w:proofErr w:type="spellStart"/>
      <w:r>
        <w:rPr>
          <w:rFonts w:ascii="Arial" w:hAnsi="Arial"/>
        </w:rPr>
        <w:t>labāko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laiku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rezervēšanai</w:t>
      </w:r>
      <w:proofErr w:type="spellEnd"/>
      <w:r>
        <w:rPr>
          <w:rFonts w:ascii="Arial" w:hAnsi="Arial"/>
        </w:rPr>
        <w:t xml:space="preserve"> un </w:t>
      </w:r>
      <w:proofErr w:type="spellStart"/>
      <w:r>
        <w:rPr>
          <w:rFonts w:ascii="Arial" w:hAnsi="Arial"/>
        </w:rPr>
        <w:t>cenu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dinamiku</w:t>
      </w:r>
      <w:proofErr w:type="spellEnd"/>
      <w:r w:rsidR="00753134">
        <w:rPr>
          <w:rFonts w:ascii="Arial" w:hAnsi="Arial"/>
        </w:rPr>
        <w:t>.</w:t>
      </w:r>
    </w:p>
    <w:p w14:paraId="5A1DA626" w14:textId="50053EEB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Saites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uz</w:t>
      </w:r>
      <w:proofErr w:type="spellEnd"/>
      <w:r>
        <w:rPr>
          <w:rFonts w:ascii="Arial" w:hAnsi="Arial"/>
        </w:rPr>
        <w:t xml:space="preserve"> Skyscanner</w:t>
      </w:r>
      <w:r w:rsidR="00753134">
        <w:rPr>
          <w:rFonts w:ascii="Arial" w:hAnsi="Arial"/>
        </w:rPr>
        <w:t xml:space="preserve"> </w:t>
      </w:r>
      <w:proofErr w:type="spellStart"/>
      <w:r w:rsidR="00753134">
        <w:rPr>
          <w:rFonts w:ascii="Arial" w:hAnsi="Arial"/>
        </w:rPr>
        <w:t>vai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citiem</w:t>
      </w:r>
      <w:proofErr w:type="spellEnd"/>
      <w:r w:rsidR="00753134">
        <w:rPr>
          <w:rFonts w:ascii="Arial" w:hAnsi="Arial"/>
        </w:rPr>
        <w:t xml:space="preserve"> </w:t>
      </w:r>
      <w:proofErr w:type="spellStart"/>
      <w:r w:rsidR="00753134">
        <w:rPr>
          <w:rFonts w:ascii="Arial" w:hAnsi="Arial"/>
        </w:rPr>
        <w:t>lidojumu</w:t>
      </w:r>
      <w:proofErr w:type="spellEnd"/>
      <w:r w:rsidR="00753134">
        <w:rPr>
          <w:rFonts w:ascii="Arial" w:hAnsi="Arial"/>
        </w:rPr>
        <w:t xml:space="preserve"> </w:t>
      </w:r>
      <w:proofErr w:type="spellStart"/>
      <w:r w:rsidR="00753134">
        <w:rPr>
          <w:rFonts w:ascii="Arial" w:hAnsi="Arial"/>
        </w:rPr>
        <w:t>reisu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salīdzinātājiem</w:t>
      </w:r>
      <w:proofErr w:type="spellEnd"/>
      <w:r w:rsidR="00753134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jau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aizpildītiem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meklēšanas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parametriem</w:t>
      </w:r>
      <w:proofErr w:type="spellEnd"/>
      <w:r w:rsidR="00753134">
        <w:rPr>
          <w:rFonts w:ascii="Arial" w:hAnsi="Arial"/>
        </w:rPr>
        <w:t>.</w:t>
      </w:r>
    </w:p>
    <w:p w14:paraId="3E7BF51E" w14:textId="2ABE6891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Ieteikumi</w:t>
      </w:r>
      <w:proofErr w:type="spellEnd"/>
      <w:r>
        <w:rPr>
          <w:rFonts w:ascii="Arial" w:hAnsi="Arial"/>
        </w:rPr>
        <w:t xml:space="preserve"> par </w:t>
      </w:r>
      <w:proofErr w:type="spellStart"/>
      <w:r>
        <w:rPr>
          <w:rFonts w:ascii="Arial" w:hAnsi="Arial"/>
        </w:rPr>
        <w:t>ātr</w:t>
      </w:r>
      <w:r w:rsidR="00753134">
        <w:rPr>
          <w:rFonts w:ascii="Arial" w:hAnsi="Arial"/>
        </w:rPr>
        <w:t>āku</w:t>
      </w:r>
      <w:proofErr w:type="spellEnd"/>
      <w:r>
        <w:rPr>
          <w:rFonts w:ascii="Arial" w:hAnsi="Arial"/>
        </w:rPr>
        <w:t xml:space="preserve"> un </w:t>
      </w:r>
      <w:proofErr w:type="spellStart"/>
      <w:r>
        <w:rPr>
          <w:rFonts w:ascii="Arial" w:hAnsi="Arial"/>
        </w:rPr>
        <w:t>lētāku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maršrutu</w:t>
      </w:r>
      <w:proofErr w:type="spellEnd"/>
      <w:r w:rsidR="00753134">
        <w:rPr>
          <w:rFonts w:ascii="Arial" w:hAnsi="Arial"/>
        </w:rPr>
        <w:t xml:space="preserve">. </w:t>
      </w:r>
    </w:p>
    <w:p w14:paraId="34775432" w14:textId="417B42C4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Bagāžas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noteikumu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atgādinājums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dažādām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aviosabiedrībām</w:t>
      </w:r>
      <w:proofErr w:type="spellEnd"/>
      <w:r w:rsidR="00753134">
        <w:rPr>
          <w:rFonts w:ascii="Arial" w:hAnsi="Arial"/>
        </w:rPr>
        <w:t>.</w:t>
      </w:r>
    </w:p>
    <w:p w14:paraId="60E5C2E7" w14:textId="1B9E3EF6" w:rsidR="002928F8" w:rsidRDefault="00000000">
      <w:pPr>
        <w:spacing w:before="240" w:after="80"/>
      </w:pPr>
      <w:r>
        <w:rPr>
          <w:rFonts w:ascii="Arial" w:hAnsi="Arial"/>
          <w:b/>
          <w:color w:val="14468C"/>
          <w:sz w:val="24"/>
        </w:rPr>
        <w:t xml:space="preserve">🍽 </w:t>
      </w:r>
      <w:proofErr w:type="spellStart"/>
      <w:r>
        <w:rPr>
          <w:rFonts w:ascii="Arial" w:hAnsi="Arial"/>
          <w:b/>
          <w:color w:val="14468C"/>
          <w:sz w:val="24"/>
        </w:rPr>
        <w:t>Ēdiens</w:t>
      </w:r>
      <w:proofErr w:type="spellEnd"/>
      <w:r>
        <w:rPr>
          <w:rFonts w:ascii="Arial" w:hAnsi="Arial"/>
          <w:b/>
          <w:color w:val="14468C"/>
          <w:sz w:val="24"/>
        </w:rPr>
        <w:t xml:space="preserve"> un </w:t>
      </w:r>
      <w:proofErr w:type="spellStart"/>
      <w:r>
        <w:rPr>
          <w:rFonts w:ascii="Arial" w:hAnsi="Arial"/>
          <w:b/>
          <w:color w:val="14468C"/>
          <w:sz w:val="24"/>
        </w:rPr>
        <w:t>restorāni</w:t>
      </w:r>
      <w:proofErr w:type="spellEnd"/>
    </w:p>
    <w:p w14:paraId="6972EF5B" w14:textId="15A64DF7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Konkrētu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restorānu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ieteikumi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katrā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destinācijā</w:t>
      </w:r>
      <w:proofErr w:type="spellEnd"/>
      <w:r w:rsidR="001858B0">
        <w:rPr>
          <w:rFonts w:ascii="Arial" w:hAnsi="Arial"/>
        </w:rPr>
        <w:t xml:space="preserve"> -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vērtējumiem</w:t>
      </w:r>
      <w:proofErr w:type="spellEnd"/>
      <w:r>
        <w:rPr>
          <w:rFonts w:ascii="Arial" w:hAnsi="Arial"/>
        </w:rPr>
        <w:t xml:space="preserve"> un </w:t>
      </w:r>
      <w:proofErr w:type="spellStart"/>
      <w:r>
        <w:rPr>
          <w:rFonts w:ascii="Arial" w:hAnsi="Arial"/>
        </w:rPr>
        <w:t>cenu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kategorijām</w:t>
      </w:r>
      <w:proofErr w:type="spellEnd"/>
      <w:r w:rsidR="001858B0">
        <w:rPr>
          <w:rFonts w:ascii="Arial" w:hAnsi="Arial"/>
        </w:rPr>
        <w:t>.</w:t>
      </w:r>
    </w:p>
    <w:p w14:paraId="79557549" w14:textId="603AFD01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Vietējo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ēdienu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saraksts</w:t>
      </w:r>
      <w:proofErr w:type="spellEnd"/>
      <w:r w:rsidR="001858B0">
        <w:rPr>
          <w:rFonts w:ascii="Arial" w:hAnsi="Arial"/>
        </w:rPr>
        <w:t xml:space="preserve">, </w:t>
      </w:r>
      <w:r>
        <w:rPr>
          <w:rFonts w:ascii="Arial" w:hAnsi="Arial"/>
        </w:rPr>
        <w:t xml:space="preserve">ko </w:t>
      </w:r>
      <w:proofErr w:type="spellStart"/>
      <w:r w:rsidR="001858B0">
        <w:rPr>
          <w:rFonts w:ascii="Arial" w:hAnsi="Arial"/>
        </w:rPr>
        <w:t>iesaka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izmēģināt</w:t>
      </w:r>
      <w:proofErr w:type="spellEnd"/>
      <w:r>
        <w:rPr>
          <w:rFonts w:ascii="Arial" w:hAnsi="Arial"/>
        </w:rPr>
        <w:t xml:space="preserve"> </w:t>
      </w:r>
      <w:proofErr w:type="spellStart"/>
      <w:r w:rsidR="001858B0">
        <w:rPr>
          <w:rFonts w:ascii="Arial" w:hAnsi="Arial"/>
        </w:rPr>
        <w:t>ceļojot</w:t>
      </w:r>
      <w:proofErr w:type="spellEnd"/>
      <w:r w:rsidR="001858B0">
        <w:rPr>
          <w:rFonts w:ascii="Arial" w:hAnsi="Arial"/>
        </w:rPr>
        <w:t xml:space="preserve"> </w:t>
      </w:r>
      <w:proofErr w:type="spellStart"/>
      <w:r w:rsidR="001858B0">
        <w:rPr>
          <w:rFonts w:ascii="Arial" w:hAnsi="Arial"/>
        </w:rPr>
        <w:t>noteiktajā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valstī</w:t>
      </w:r>
      <w:proofErr w:type="spellEnd"/>
      <w:r w:rsidR="001858B0">
        <w:rPr>
          <w:rFonts w:ascii="Arial" w:hAnsi="Arial"/>
        </w:rPr>
        <w:t>.</w:t>
      </w:r>
    </w:p>
    <w:p w14:paraId="5E815BB1" w14:textId="4FE858D9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Ieteikumi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atbilstoši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uztura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ierobežojumiem</w:t>
      </w:r>
      <w:proofErr w:type="spellEnd"/>
      <w:r w:rsidR="001858B0">
        <w:rPr>
          <w:rFonts w:ascii="Arial" w:hAnsi="Arial"/>
        </w:rPr>
        <w:t xml:space="preserve"> -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veģetārietis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vegāns</w:t>
      </w:r>
      <w:proofErr w:type="spellEnd"/>
      <w:r>
        <w:rPr>
          <w:rFonts w:ascii="Arial" w:hAnsi="Arial"/>
        </w:rPr>
        <w:t xml:space="preserve">, halal, </w:t>
      </w:r>
      <w:proofErr w:type="spellStart"/>
      <w:r>
        <w:rPr>
          <w:rFonts w:ascii="Arial" w:hAnsi="Arial"/>
        </w:rPr>
        <w:t>bezglutēna</w:t>
      </w:r>
      <w:proofErr w:type="spellEnd"/>
      <w:r w:rsidR="001858B0">
        <w:rPr>
          <w:rFonts w:ascii="Arial" w:hAnsi="Arial"/>
        </w:rPr>
        <w:t xml:space="preserve"> </w:t>
      </w:r>
      <w:proofErr w:type="spellStart"/>
      <w:r w:rsidR="001858B0">
        <w:rPr>
          <w:rFonts w:ascii="Arial" w:hAnsi="Arial"/>
        </w:rPr>
        <w:t>u.c.</w:t>
      </w:r>
      <w:proofErr w:type="spellEnd"/>
    </w:p>
    <w:p w14:paraId="23A77DFA" w14:textId="794D2890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Padomi</w:t>
      </w:r>
      <w:proofErr w:type="spellEnd"/>
      <w:r>
        <w:rPr>
          <w:rFonts w:ascii="Arial" w:hAnsi="Arial"/>
        </w:rPr>
        <w:t xml:space="preserve"> par </w:t>
      </w:r>
      <w:proofErr w:type="spellStart"/>
      <w:r>
        <w:rPr>
          <w:rFonts w:ascii="Arial" w:hAnsi="Arial"/>
        </w:rPr>
        <w:t>droša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ēdiena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izvēli</w:t>
      </w:r>
      <w:proofErr w:type="spellEnd"/>
      <w:r w:rsidR="001858B0">
        <w:rPr>
          <w:rFonts w:ascii="Arial" w:hAnsi="Arial"/>
        </w:rPr>
        <w:t xml:space="preserve"> -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kur</w:t>
      </w:r>
      <w:proofErr w:type="spellEnd"/>
      <w:r>
        <w:rPr>
          <w:rFonts w:ascii="Arial" w:hAnsi="Arial"/>
        </w:rPr>
        <w:t xml:space="preserve"> var </w:t>
      </w:r>
      <w:proofErr w:type="spellStart"/>
      <w:r>
        <w:rPr>
          <w:rFonts w:ascii="Arial" w:hAnsi="Arial"/>
        </w:rPr>
        <w:t>ēst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droši</w:t>
      </w:r>
      <w:proofErr w:type="spellEnd"/>
      <w:r>
        <w:rPr>
          <w:rFonts w:ascii="Arial" w:hAnsi="Arial"/>
        </w:rPr>
        <w:t xml:space="preserve">, no </w:t>
      </w:r>
      <w:proofErr w:type="spellStart"/>
      <w:r>
        <w:rPr>
          <w:rFonts w:ascii="Arial" w:hAnsi="Arial"/>
        </w:rPr>
        <w:t>kā</w:t>
      </w:r>
      <w:proofErr w:type="spellEnd"/>
      <w:r>
        <w:rPr>
          <w:rFonts w:ascii="Arial" w:hAnsi="Arial"/>
        </w:rPr>
        <w:t xml:space="preserve"> </w:t>
      </w:r>
      <w:proofErr w:type="spellStart"/>
      <w:r w:rsidR="001858B0">
        <w:rPr>
          <w:rFonts w:ascii="Arial" w:hAnsi="Arial"/>
        </w:rPr>
        <w:t>labāk</w:t>
      </w:r>
      <w:proofErr w:type="spellEnd"/>
      <w:r w:rsidR="001858B0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izvairīties</w:t>
      </w:r>
      <w:proofErr w:type="spellEnd"/>
      <w:r w:rsidR="001858B0">
        <w:rPr>
          <w:rFonts w:ascii="Arial" w:hAnsi="Arial"/>
        </w:rPr>
        <w:t xml:space="preserve"> (</w:t>
      </w:r>
      <w:proofErr w:type="spellStart"/>
      <w:r w:rsidR="001858B0">
        <w:rPr>
          <w:rFonts w:ascii="Arial" w:hAnsi="Arial"/>
        </w:rPr>
        <w:t>vietās</w:t>
      </w:r>
      <w:proofErr w:type="spellEnd"/>
      <w:r w:rsidR="001858B0">
        <w:rPr>
          <w:rFonts w:ascii="Arial" w:hAnsi="Arial"/>
        </w:rPr>
        <w:t xml:space="preserve">, </w:t>
      </w:r>
      <w:proofErr w:type="spellStart"/>
      <w:r w:rsidR="001858B0">
        <w:rPr>
          <w:rFonts w:ascii="Arial" w:hAnsi="Arial"/>
        </w:rPr>
        <w:t>kur</w:t>
      </w:r>
      <w:proofErr w:type="spellEnd"/>
      <w:r w:rsidR="001858B0">
        <w:rPr>
          <w:rFonts w:ascii="Arial" w:hAnsi="Arial"/>
        </w:rPr>
        <w:t xml:space="preserve"> </w:t>
      </w:r>
      <w:proofErr w:type="spellStart"/>
      <w:r w:rsidR="001858B0">
        <w:rPr>
          <w:rFonts w:ascii="Arial" w:hAnsi="Arial"/>
        </w:rPr>
        <w:t>tas</w:t>
      </w:r>
      <w:proofErr w:type="spellEnd"/>
      <w:r w:rsidR="001858B0">
        <w:rPr>
          <w:rFonts w:ascii="Arial" w:hAnsi="Arial"/>
        </w:rPr>
        <w:t xml:space="preserve"> </w:t>
      </w:r>
      <w:proofErr w:type="spellStart"/>
      <w:r w:rsidR="001858B0">
        <w:rPr>
          <w:rFonts w:ascii="Arial" w:hAnsi="Arial"/>
        </w:rPr>
        <w:t>ir</w:t>
      </w:r>
      <w:proofErr w:type="spellEnd"/>
      <w:r w:rsidR="001858B0">
        <w:rPr>
          <w:rFonts w:ascii="Arial" w:hAnsi="Arial"/>
        </w:rPr>
        <w:t xml:space="preserve"> </w:t>
      </w:r>
      <w:proofErr w:type="spellStart"/>
      <w:r w:rsidR="001858B0">
        <w:rPr>
          <w:rFonts w:ascii="Arial" w:hAnsi="Arial"/>
        </w:rPr>
        <w:t>nepieciešams</w:t>
      </w:r>
      <w:proofErr w:type="spellEnd"/>
      <w:r w:rsidR="001858B0">
        <w:rPr>
          <w:rFonts w:ascii="Arial" w:hAnsi="Arial"/>
        </w:rPr>
        <w:t>).</w:t>
      </w:r>
    </w:p>
    <w:p w14:paraId="6B98B024" w14:textId="76206AFF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Cenu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orientieri</w:t>
      </w:r>
      <w:proofErr w:type="spellEnd"/>
      <w:r>
        <w:rPr>
          <w:rFonts w:ascii="Arial" w:hAnsi="Arial"/>
        </w:rPr>
        <w:t xml:space="preserve"> </w:t>
      </w:r>
      <w:r w:rsidR="001858B0">
        <w:rPr>
          <w:rFonts w:ascii="Arial" w:hAnsi="Arial"/>
        </w:rPr>
        <w:t xml:space="preserve">– </w:t>
      </w:r>
      <w:proofErr w:type="spellStart"/>
      <w:r w:rsidR="001858B0">
        <w:rPr>
          <w:rFonts w:ascii="Arial" w:hAnsi="Arial"/>
        </w:rPr>
        <w:t>uz</w:t>
      </w:r>
      <w:proofErr w:type="spellEnd"/>
      <w:r w:rsidR="001858B0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cik</w:t>
      </w:r>
      <w:proofErr w:type="spellEnd"/>
      <w:r>
        <w:rPr>
          <w:rFonts w:ascii="Arial" w:hAnsi="Arial"/>
        </w:rPr>
        <w:t xml:space="preserve"> </w:t>
      </w:r>
      <w:proofErr w:type="spellStart"/>
      <w:r w:rsidR="001858B0">
        <w:rPr>
          <w:rFonts w:ascii="Arial" w:hAnsi="Arial"/>
        </w:rPr>
        <w:t>lielu</w:t>
      </w:r>
      <w:proofErr w:type="spellEnd"/>
      <w:r w:rsidR="001858B0">
        <w:rPr>
          <w:rFonts w:ascii="Arial" w:hAnsi="Arial"/>
        </w:rPr>
        <w:t xml:space="preserve"> </w:t>
      </w:r>
      <w:proofErr w:type="spellStart"/>
      <w:r w:rsidR="001858B0">
        <w:rPr>
          <w:rFonts w:ascii="Arial" w:hAnsi="Arial"/>
        </w:rPr>
        <w:t>summu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rēķināt</w:t>
      </w:r>
      <w:r w:rsidR="001858B0">
        <w:rPr>
          <w:rFonts w:ascii="Arial" w:hAnsi="Arial"/>
        </w:rPr>
        <w:t>ies</w:t>
      </w:r>
      <w:proofErr w:type="spellEnd"/>
      <w:r>
        <w:rPr>
          <w:rFonts w:ascii="Arial" w:hAnsi="Arial"/>
        </w:rPr>
        <w:t xml:space="preserve"> par </w:t>
      </w:r>
      <w:proofErr w:type="spellStart"/>
      <w:r w:rsidR="001858B0">
        <w:rPr>
          <w:rFonts w:ascii="Arial" w:hAnsi="Arial"/>
        </w:rPr>
        <w:t>restorāniem</w:t>
      </w:r>
      <w:proofErr w:type="spellEnd"/>
      <w:r w:rsidR="001858B0">
        <w:rPr>
          <w:rFonts w:ascii="Arial" w:hAnsi="Arial"/>
        </w:rPr>
        <w:t>/</w:t>
      </w:r>
      <w:proofErr w:type="spellStart"/>
      <w:r w:rsidR="001858B0">
        <w:rPr>
          <w:rFonts w:ascii="Arial" w:hAnsi="Arial"/>
        </w:rPr>
        <w:t>kafejnīcām</w:t>
      </w:r>
      <w:proofErr w:type="spellEnd"/>
      <w:r w:rsidR="001858B0">
        <w:rPr>
          <w:rFonts w:ascii="Arial" w:hAnsi="Arial"/>
        </w:rPr>
        <w:t xml:space="preserve">/street food </w:t>
      </w:r>
      <w:proofErr w:type="spellStart"/>
      <w:r w:rsidR="001858B0">
        <w:rPr>
          <w:rFonts w:ascii="Arial" w:hAnsi="Arial"/>
        </w:rPr>
        <w:t>ēdiniem</w:t>
      </w:r>
      <w:proofErr w:type="spellEnd"/>
      <w:r w:rsidR="001858B0">
        <w:rPr>
          <w:rFonts w:ascii="Arial" w:hAnsi="Arial"/>
        </w:rPr>
        <w:t xml:space="preserve"> </w:t>
      </w:r>
      <w:proofErr w:type="spellStart"/>
      <w:r w:rsidR="001858B0">
        <w:rPr>
          <w:rFonts w:ascii="Arial" w:hAnsi="Arial"/>
        </w:rPr>
        <w:t>u.c.</w:t>
      </w:r>
      <w:proofErr w:type="spellEnd"/>
    </w:p>
    <w:p w14:paraId="2EF88F87" w14:textId="564DD238" w:rsidR="002928F8" w:rsidRDefault="00000000">
      <w:pPr>
        <w:spacing w:before="240" w:after="80"/>
      </w:pPr>
      <w:r>
        <w:rPr>
          <w:rFonts w:ascii="Arial" w:hAnsi="Arial"/>
          <w:b/>
          <w:color w:val="14468C"/>
          <w:sz w:val="24"/>
        </w:rPr>
        <w:t xml:space="preserve">🎯 </w:t>
      </w:r>
      <w:proofErr w:type="spellStart"/>
      <w:r>
        <w:rPr>
          <w:rFonts w:ascii="Arial" w:hAnsi="Arial"/>
          <w:b/>
          <w:color w:val="14468C"/>
          <w:sz w:val="24"/>
        </w:rPr>
        <w:t>Aktivitātes</w:t>
      </w:r>
      <w:proofErr w:type="spellEnd"/>
      <w:r>
        <w:rPr>
          <w:rFonts w:ascii="Arial" w:hAnsi="Arial"/>
          <w:b/>
          <w:color w:val="14468C"/>
          <w:sz w:val="24"/>
        </w:rPr>
        <w:t xml:space="preserve"> un </w:t>
      </w:r>
      <w:proofErr w:type="spellStart"/>
      <w:r>
        <w:rPr>
          <w:rFonts w:ascii="Arial" w:hAnsi="Arial"/>
          <w:b/>
          <w:color w:val="14468C"/>
          <w:sz w:val="24"/>
        </w:rPr>
        <w:t>ekskursijas</w:t>
      </w:r>
      <w:proofErr w:type="spellEnd"/>
    </w:p>
    <w:p w14:paraId="10A6FA06" w14:textId="29311BDC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Konkrētu</w:t>
      </w:r>
      <w:proofErr w:type="spellEnd"/>
      <w:r w:rsidR="002B69FE">
        <w:rPr>
          <w:rFonts w:ascii="Arial" w:hAnsi="Arial"/>
        </w:rPr>
        <w:t xml:space="preserve"> </w:t>
      </w:r>
      <w:proofErr w:type="spellStart"/>
      <w:r w:rsidR="002B69FE">
        <w:rPr>
          <w:rFonts w:ascii="Arial" w:hAnsi="Arial"/>
        </w:rPr>
        <w:t>vai</w:t>
      </w:r>
      <w:proofErr w:type="spellEnd"/>
      <w:r w:rsidR="002B69FE">
        <w:rPr>
          <w:rFonts w:ascii="Arial" w:hAnsi="Arial"/>
        </w:rPr>
        <w:t xml:space="preserve"> </w:t>
      </w:r>
      <w:proofErr w:type="spellStart"/>
      <w:r w:rsidR="002B69FE">
        <w:rPr>
          <w:rFonts w:ascii="Arial" w:hAnsi="Arial"/>
        </w:rPr>
        <w:t>populāru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ekskursiju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ieteikumi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cenām</w:t>
      </w:r>
      <w:proofErr w:type="spellEnd"/>
      <w:r>
        <w:rPr>
          <w:rFonts w:ascii="Arial" w:hAnsi="Arial"/>
        </w:rPr>
        <w:t xml:space="preserve"> un </w:t>
      </w:r>
      <w:proofErr w:type="spellStart"/>
      <w:r>
        <w:rPr>
          <w:rFonts w:ascii="Arial" w:hAnsi="Arial"/>
        </w:rPr>
        <w:t>saites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rezervācijas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platform</w:t>
      </w:r>
      <w:r w:rsidR="002B69FE">
        <w:rPr>
          <w:rFonts w:ascii="Arial" w:hAnsi="Arial"/>
        </w:rPr>
        <w:t>ām</w:t>
      </w:r>
      <w:proofErr w:type="spellEnd"/>
      <w:r w:rsidR="002B69FE">
        <w:rPr>
          <w:rFonts w:ascii="Arial" w:hAnsi="Arial"/>
        </w:rPr>
        <w:t xml:space="preserve">. </w:t>
      </w:r>
    </w:p>
    <w:p w14:paraId="70D272B2" w14:textId="194043DD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Bezmaksas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aktivitāšu</w:t>
      </w:r>
      <w:proofErr w:type="spellEnd"/>
      <w:r w:rsidR="002B69FE">
        <w:rPr>
          <w:rFonts w:ascii="Arial" w:hAnsi="Arial"/>
        </w:rPr>
        <w:t xml:space="preserve"> un </w:t>
      </w:r>
      <w:proofErr w:type="spellStart"/>
      <w:r w:rsidR="002B69FE">
        <w:rPr>
          <w:rFonts w:ascii="Arial" w:hAnsi="Arial"/>
        </w:rPr>
        <w:t>apskates</w:t>
      </w:r>
      <w:proofErr w:type="spellEnd"/>
      <w:r w:rsidR="002B69FE">
        <w:rPr>
          <w:rFonts w:ascii="Arial" w:hAnsi="Arial"/>
        </w:rPr>
        <w:t xml:space="preserve"> </w:t>
      </w:r>
      <w:proofErr w:type="spellStart"/>
      <w:r w:rsidR="002B69FE">
        <w:rPr>
          <w:rFonts w:ascii="Arial" w:hAnsi="Arial"/>
        </w:rPr>
        <w:t>objektu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sarakst</w:t>
      </w:r>
      <w:r w:rsidR="002B69FE">
        <w:rPr>
          <w:rFonts w:ascii="Arial" w:hAnsi="Arial"/>
        </w:rPr>
        <w:t>s</w:t>
      </w:r>
      <w:proofErr w:type="spellEnd"/>
      <w:r w:rsidR="002B69FE">
        <w:rPr>
          <w:rFonts w:ascii="Arial" w:hAnsi="Arial"/>
        </w:rPr>
        <w:t xml:space="preserve"> </w:t>
      </w:r>
      <w:proofErr w:type="spellStart"/>
      <w:r w:rsidR="002B69FE">
        <w:rPr>
          <w:rFonts w:ascii="Arial" w:hAnsi="Arial"/>
        </w:rPr>
        <w:t>noteiktajā</w:t>
      </w:r>
      <w:proofErr w:type="spellEnd"/>
      <w:r w:rsidR="002B69FE">
        <w:rPr>
          <w:rFonts w:ascii="Arial" w:hAnsi="Arial"/>
        </w:rPr>
        <w:t xml:space="preserve"> </w:t>
      </w:r>
      <w:proofErr w:type="spellStart"/>
      <w:r w:rsidR="002B69FE">
        <w:rPr>
          <w:rFonts w:ascii="Arial" w:hAnsi="Arial"/>
        </w:rPr>
        <w:t>destinācijā</w:t>
      </w:r>
      <w:proofErr w:type="spellEnd"/>
      <w:r w:rsidR="002B69FE">
        <w:rPr>
          <w:rFonts w:ascii="Arial" w:hAnsi="Arial"/>
        </w:rPr>
        <w:t>.</w:t>
      </w:r>
    </w:p>
    <w:p w14:paraId="5487118C" w14:textId="4743EE72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Sezonas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specifiskās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aktivitātes</w:t>
      </w:r>
      <w:proofErr w:type="spellEnd"/>
      <w:r w:rsidR="002B69FE">
        <w:rPr>
          <w:rFonts w:ascii="Arial" w:hAnsi="Arial"/>
        </w:rPr>
        <w:t xml:space="preserve">, </w:t>
      </w:r>
      <w:r>
        <w:rPr>
          <w:rFonts w:ascii="Arial" w:hAnsi="Arial"/>
        </w:rPr>
        <w:t xml:space="preserve">kas </w:t>
      </w:r>
      <w:r w:rsidR="002B69FE">
        <w:rPr>
          <w:rFonts w:ascii="Arial" w:hAnsi="Arial"/>
        </w:rPr>
        <w:t xml:space="preserve">var </w:t>
      </w:r>
      <w:proofErr w:type="spellStart"/>
      <w:r w:rsidR="002B69FE">
        <w:rPr>
          <w:rFonts w:ascii="Arial" w:hAnsi="Arial"/>
        </w:rPr>
        <w:t>būt</w:t>
      </w:r>
      <w:proofErr w:type="spellEnd"/>
      <w:r w:rsidR="002B69FE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pieejam</w:t>
      </w:r>
      <w:r w:rsidR="002B69FE">
        <w:rPr>
          <w:rFonts w:ascii="Arial" w:hAnsi="Arial"/>
        </w:rPr>
        <w:t>a</w:t>
      </w:r>
      <w:r>
        <w:rPr>
          <w:rFonts w:ascii="Arial" w:hAnsi="Arial"/>
        </w:rPr>
        <w:t>s</w:t>
      </w:r>
      <w:proofErr w:type="spellEnd"/>
      <w:r w:rsidR="002B69FE">
        <w:rPr>
          <w:rFonts w:ascii="Arial" w:hAnsi="Arial"/>
        </w:rPr>
        <w:t xml:space="preserve"> </w:t>
      </w:r>
      <w:proofErr w:type="spellStart"/>
      <w:r w:rsidR="002B69FE">
        <w:rPr>
          <w:rFonts w:ascii="Arial" w:hAnsi="Arial"/>
        </w:rPr>
        <w:t>Jūsu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ceļojuma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laikā</w:t>
      </w:r>
      <w:proofErr w:type="spellEnd"/>
      <w:r w:rsidR="002B69FE">
        <w:rPr>
          <w:rFonts w:ascii="Arial" w:hAnsi="Arial"/>
        </w:rPr>
        <w:t>.</w:t>
      </w:r>
    </w:p>
    <w:p w14:paraId="5CB8FD80" w14:textId="5DFE6D59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Padomi</w:t>
      </w:r>
      <w:proofErr w:type="spellEnd"/>
      <w:r>
        <w:rPr>
          <w:rFonts w:ascii="Arial" w:hAnsi="Arial"/>
        </w:rPr>
        <w:t xml:space="preserve"> par </w:t>
      </w:r>
      <w:proofErr w:type="spellStart"/>
      <w:r>
        <w:rPr>
          <w:rFonts w:ascii="Arial" w:hAnsi="Arial"/>
        </w:rPr>
        <w:t>ieejas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biļešu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rezervēšanu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iepriekš</w:t>
      </w:r>
      <w:proofErr w:type="spellEnd"/>
      <w:r w:rsidR="002B69FE">
        <w:rPr>
          <w:rFonts w:ascii="Arial" w:hAnsi="Arial"/>
        </w:rPr>
        <w:t xml:space="preserve">, </w:t>
      </w:r>
      <w:proofErr w:type="spellStart"/>
      <w:r w:rsidR="002B69FE">
        <w:rPr>
          <w:rFonts w:ascii="Arial" w:hAnsi="Arial"/>
        </w:rPr>
        <w:t>vietās</w:t>
      </w:r>
      <w:proofErr w:type="spellEnd"/>
      <w:r w:rsidR="002B69FE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nepieciešams</w:t>
      </w:r>
      <w:proofErr w:type="spellEnd"/>
      <w:r w:rsidR="002B69FE">
        <w:rPr>
          <w:rFonts w:ascii="Arial" w:hAnsi="Arial"/>
        </w:rPr>
        <w:t>.</w:t>
      </w:r>
    </w:p>
    <w:p w14:paraId="5D7DDF8A" w14:textId="0A388928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Aktīvās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atpūtas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iespējas</w:t>
      </w:r>
      <w:proofErr w:type="spellEnd"/>
      <w:r w:rsidR="002B69FE">
        <w:rPr>
          <w:rFonts w:ascii="Arial" w:hAnsi="Arial"/>
        </w:rPr>
        <w:t xml:space="preserve"> -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pārgājieni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niršana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ūdensports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riteņbraukšana</w:t>
      </w:r>
      <w:proofErr w:type="spellEnd"/>
      <w:r w:rsidR="002B69FE">
        <w:rPr>
          <w:rFonts w:ascii="Arial" w:hAnsi="Arial"/>
        </w:rPr>
        <w:t xml:space="preserve"> </w:t>
      </w:r>
      <w:proofErr w:type="spellStart"/>
      <w:r w:rsidR="002B69FE">
        <w:rPr>
          <w:rFonts w:ascii="Arial" w:hAnsi="Arial"/>
        </w:rPr>
        <w:t>u.c.</w:t>
      </w:r>
      <w:proofErr w:type="spellEnd"/>
      <w:r w:rsidR="002B69FE">
        <w:rPr>
          <w:rFonts w:ascii="Arial" w:hAnsi="Arial"/>
        </w:rPr>
        <w:t xml:space="preserve"> </w:t>
      </w:r>
    </w:p>
    <w:p w14:paraId="40F590BE" w14:textId="04B5D9BC" w:rsidR="002928F8" w:rsidRDefault="00000000">
      <w:pPr>
        <w:spacing w:before="240" w:after="80"/>
      </w:pPr>
      <w:r>
        <w:rPr>
          <w:rFonts w:ascii="Arial" w:hAnsi="Arial"/>
          <w:b/>
          <w:color w:val="14468C"/>
          <w:sz w:val="24"/>
        </w:rPr>
        <w:t xml:space="preserve">💰 </w:t>
      </w:r>
      <w:proofErr w:type="spellStart"/>
      <w:r>
        <w:rPr>
          <w:rFonts w:ascii="Arial" w:hAnsi="Arial"/>
          <w:b/>
          <w:color w:val="14468C"/>
          <w:sz w:val="24"/>
        </w:rPr>
        <w:t>Budžets</w:t>
      </w:r>
      <w:proofErr w:type="spellEnd"/>
    </w:p>
    <w:p w14:paraId="27BE9A2C" w14:textId="169B683E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r>
        <w:rPr>
          <w:rFonts w:ascii="Arial" w:hAnsi="Arial"/>
        </w:rPr>
        <w:t xml:space="preserve">Detalizēts </w:t>
      </w:r>
      <w:proofErr w:type="spellStart"/>
      <w:r>
        <w:rPr>
          <w:rFonts w:ascii="Arial" w:hAnsi="Arial"/>
        </w:rPr>
        <w:t>budžeta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sadalījums</w:t>
      </w:r>
      <w:proofErr w:type="spellEnd"/>
      <w:r>
        <w:rPr>
          <w:rFonts w:ascii="Arial" w:hAnsi="Arial"/>
        </w:rPr>
        <w:t xml:space="preserve"> pa </w:t>
      </w:r>
      <w:proofErr w:type="spellStart"/>
      <w:r>
        <w:rPr>
          <w:rFonts w:ascii="Arial" w:hAnsi="Arial"/>
        </w:rPr>
        <w:t>kategorijām</w:t>
      </w:r>
      <w:proofErr w:type="spellEnd"/>
      <w:r w:rsidR="002B69FE">
        <w:rPr>
          <w:rFonts w:ascii="Arial" w:hAnsi="Arial"/>
        </w:rPr>
        <w:t xml:space="preserve"> -</w:t>
      </w:r>
      <w:r>
        <w:rPr>
          <w:rFonts w:ascii="Arial" w:hAnsi="Arial"/>
        </w:rPr>
        <w:t xml:space="preserve"> transports, </w:t>
      </w:r>
      <w:proofErr w:type="spellStart"/>
      <w:r>
        <w:rPr>
          <w:rFonts w:ascii="Arial" w:hAnsi="Arial"/>
        </w:rPr>
        <w:t>naktsmītne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ēdiens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aktivitātes</w:t>
      </w:r>
      <w:proofErr w:type="spellEnd"/>
      <w:r w:rsidR="002B69FE">
        <w:rPr>
          <w:rFonts w:ascii="Arial" w:hAnsi="Arial"/>
        </w:rPr>
        <w:t xml:space="preserve"> </w:t>
      </w:r>
      <w:proofErr w:type="spellStart"/>
      <w:r w:rsidR="002B69FE">
        <w:rPr>
          <w:rFonts w:ascii="Arial" w:hAnsi="Arial"/>
        </w:rPr>
        <w:t>u.c.</w:t>
      </w:r>
      <w:proofErr w:type="spellEnd"/>
    </w:p>
    <w:p w14:paraId="562D58F5" w14:textId="0303511F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Orientējošas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cenas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aktivitāt</w:t>
      </w:r>
      <w:r w:rsidR="002B69FE">
        <w:rPr>
          <w:rFonts w:ascii="Arial" w:hAnsi="Arial"/>
        </w:rPr>
        <w:t>ēm</w:t>
      </w:r>
      <w:proofErr w:type="spellEnd"/>
      <w:r w:rsidR="002B69FE">
        <w:rPr>
          <w:rFonts w:ascii="Arial" w:hAnsi="Arial"/>
        </w:rPr>
        <w:t xml:space="preserve"> un </w:t>
      </w:r>
      <w:proofErr w:type="spellStart"/>
      <w:r w:rsidR="002B69FE">
        <w:rPr>
          <w:rFonts w:ascii="Arial" w:hAnsi="Arial"/>
        </w:rPr>
        <w:t>ekskursijām</w:t>
      </w:r>
      <w:proofErr w:type="spellEnd"/>
      <w:r w:rsidR="002B69FE">
        <w:rPr>
          <w:rFonts w:ascii="Arial" w:hAnsi="Arial"/>
        </w:rPr>
        <w:t>.</w:t>
      </w:r>
    </w:p>
    <w:p w14:paraId="24BA9A14" w14:textId="46217461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Padomi</w:t>
      </w:r>
      <w:proofErr w:type="spellEnd"/>
      <w:r w:rsidR="003114F3"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kur</w:t>
      </w:r>
      <w:proofErr w:type="spellEnd"/>
      <w:r>
        <w:rPr>
          <w:rFonts w:ascii="Arial" w:hAnsi="Arial"/>
        </w:rPr>
        <w:t xml:space="preserve"> var </w:t>
      </w:r>
      <w:proofErr w:type="spellStart"/>
      <w:r>
        <w:rPr>
          <w:rFonts w:ascii="Arial" w:hAnsi="Arial"/>
        </w:rPr>
        <w:t>ietaupīt</w:t>
      </w:r>
      <w:proofErr w:type="spellEnd"/>
      <w:r>
        <w:rPr>
          <w:rFonts w:ascii="Arial" w:hAnsi="Arial"/>
        </w:rPr>
        <w:t xml:space="preserve"> un </w:t>
      </w:r>
      <w:proofErr w:type="spellStart"/>
      <w:r>
        <w:rPr>
          <w:rFonts w:ascii="Arial" w:hAnsi="Arial"/>
        </w:rPr>
        <w:t>kur</w:t>
      </w:r>
      <w:proofErr w:type="spellEnd"/>
      <w:r w:rsidR="003114F3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taupīt</w:t>
      </w:r>
      <w:proofErr w:type="spellEnd"/>
      <w:r w:rsidR="003114F3">
        <w:rPr>
          <w:rFonts w:ascii="Arial" w:hAnsi="Arial"/>
        </w:rPr>
        <w:t xml:space="preserve"> </w:t>
      </w:r>
      <w:proofErr w:type="spellStart"/>
      <w:r w:rsidR="003114F3">
        <w:rPr>
          <w:rFonts w:ascii="Arial" w:hAnsi="Arial"/>
        </w:rPr>
        <w:t>labāk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nevajadzētu</w:t>
      </w:r>
      <w:proofErr w:type="spellEnd"/>
      <w:r w:rsidR="003114F3">
        <w:rPr>
          <w:rFonts w:ascii="Arial" w:hAnsi="Arial"/>
        </w:rPr>
        <w:t>.</w:t>
      </w:r>
    </w:p>
    <w:p w14:paraId="25B5BA66" w14:textId="7EAAE8F9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Valūtas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kursa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informācija</w:t>
      </w:r>
      <w:proofErr w:type="spellEnd"/>
      <w:r>
        <w:rPr>
          <w:rFonts w:ascii="Arial" w:hAnsi="Arial"/>
        </w:rPr>
        <w:t xml:space="preserve"> un </w:t>
      </w:r>
      <w:proofErr w:type="spellStart"/>
      <w:r>
        <w:rPr>
          <w:rFonts w:ascii="Arial" w:hAnsi="Arial"/>
        </w:rPr>
        <w:t>ieteikumi</w:t>
      </w:r>
      <w:proofErr w:type="spellEnd"/>
      <w:r>
        <w:rPr>
          <w:rFonts w:ascii="Arial" w:hAnsi="Arial"/>
        </w:rPr>
        <w:t xml:space="preserve"> </w:t>
      </w:r>
      <w:proofErr w:type="spellStart"/>
      <w:r w:rsidR="003114F3">
        <w:rPr>
          <w:rFonts w:ascii="Arial" w:hAnsi="Arial"/>
        </w:rPr>
        <w:t>valūtas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maiņai</w:t>
      </w:r>
      <w:proofErr w:type="spellEnd"/>
      <w:r w:rsidR="003114F3">
        <w:rPr>
          <w:rFonts w:ascii="Arial" w:hAnsi="Arial"/>
        </w:rPr>
        <w:t>.</w:t>
      </w:r>
    </w:p>
    <w:p w14:paraId="2952B675" w14:textId="70356DB6" w:rsidR="002928F8" w:rsidRDefault="00000000">
      <w:pPr>
        <w:spacing w:before="240" w:after="80"/>
      </w:pPr>
      <w:r>
        <w:rPr>
          <w:rFonts w:ascii="Arial" w:hAnsi="Arial"/>
          <w:b/>
          <w:color w:val="14468C"/>
          <w:sz w:val="24"/>
        </w:rPr>
        <w:t xml:space="preserve">🌍 </w:t>
      </w:r>
      <w:proofErr w:type="spellStart"/>
      <w:r>
        <w:rPr>
          <w:rFonts w:ascii="Arial" w:hAnsi="Arial"/>
          <w:b/>
          <w:color w:val="14468C"/>
          <w:sz w:val="24"/>
        </w:rPr>
        <w:t>Kultūras</w:t>
      </w:r>
      <w:proofErr w:type="spellEnd"/>
      <w:r>
        <w:rPr>
          <w:rFonts w:ascii="Arial" w:hAnsi="Arial"/>
          <w:b/>
          <w:color w:val="14468C"/>
          <w:sz w:val="24"/>
        </w:rPr>
        <w:t xml:space="preserve"> </w:t>
      </w:r>
      <w:proofErr w:type="spellStart"/>
      <w:r>
        <w:rPr>
          <w:rFonts w:ascii="Arial" w:hAnsi="Arial"/>
          <w:b/>
          <w:color w:val="14468C"/>
          <w:sz w:val="24"/>
        </w:rPr>
        <w:t>padomi</w:t>
      </w:r>
      <w:proofErr w:type="spellEnd"/>
    </w:p>
    <w:p w14:paraId="652E6DE9" w14:textId="1446D323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Vietējo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tradīciju</w:t>
      </w:r>
      <w:proofErr w:type="spellEnd"/>
      <w:r>
        <w:rPr>
          <w:rFonts w:ascii="Arial" w:hAnsi="Arial"/>
        </w:rPr>
        <w:t xml:space="preserve"> un </w:t>
      </w:r>
      <w:proofErr w:type="spellStart"/>
      <w:r>
        <w:rPr>
          <w:rFonts w:ascii="Arial" w:hAnsi="Arial"/>
        </w:rPr>
        <w:t>paražu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skaidrojum</w:t>
      </w:r>
      <w:r w:rsidR="009F3CEC">
        <w:rPr>
          <w:rFonts w:ascii="Arial" w:hAnsi="Arial"/>
        </w:rPr>
        <w:t>i</w:t>
      </w:r>
      <w:proofErr w:type="spellEnd"/>
      <w:r w:rsidR="009F3CEC">
        <w:rPr>
          <w:rFonts w:ascii="Arial" w:hAnsi="Arial"/>
        </w:rPr>
        <w:t xml:space="preserve"> -</w:t>
      </w:r>
      <w:r>
        <w:rPr>
          <w:rFonts w:ascii="Arial" w:hAnsi="Arial"/>
        </w:rPr>
        <w:t xml:space="preserve"> ko </w:t>
      </w:r>
      <w:proofErr w:type="spellStart"/>
      <w:r>
        <w:rPr>
          <w:rFonts w:ascii="Arial" w:hAnsi="Arial"/>
        </w:rPr>
        <w:t>drīkst</w:t>
      </w:r>
      <w:proofErr w:type="spellEnd"/>
      <w:r>
        <w:rPr>
          <w:rFonts w:ascii="Arial" w:hAnsi="Arial"/>
        </w:rPr>
        <w:t xml:space="preserve"> un ko </w:t>
      </w:r>
      <w:proofErr w:type="spellStart"/>
      <w:r>
        <w:rPr>
          <w:rFonts w:ascii="Arial" w:hAnsi="Arial"/>
        </w:rPr>
        <w:t>nedrīkst</w:t>
      </w:r>
      <w:proofErr w:type="spellEnd"/>
      <w:r w:rsidR="009F3CEC">
        <w:rPr>
          <w:rFonts w:ascii="Arial" w:hAnsi="Arial"/>
        </w:rPr>
        <w:t xml:space="preserve"> </w:t>
      </w:r>
      <w:proofErr w:type="spellStart"/>
      <w:r w:rsidR="009F3CEC">
        <w:rPr>
          <w:rFonts w:ascii="Arial" w:hAnsi="Arial"/>
        </w:rPr>
        <w:t>darīt</w:t>
      </w:r>
      <w:proofErr w:type="spellEnd"/>
      <w:r w:rsidR="009F3CEC">
        <w:rPr>
          <w:rFonts w:ascii="Arial" w:hAnsi="Arial"/>
        </w:rPr>
        <w:t>.</w:t>
      </w:r>
    </w:p>
    <w:p w14:paraId="1E1688DE" w14:textId="1F732B4C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Kaulēšanās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kultūra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tirgos</w:t>
      </w:r>
      <w:proofErr w:type="spellEnd"/>
      <w:r w:rsidR="009F3CEC">
        <w:rPr>
          <w:rFonts w:ascii="Arial" w:hAnsi="Arial"/>
        </w:rPr>
        <w:t xml:space="preserve"> -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kad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kā</w:t>
      </w:r>
      <w:proofErr w:type="spellEnd"/>
      <w:r>
        <w:rPr>
          <w:rFonts w:ascii="Arial" w:hAnsi="Arial"/>
        </w:rPr>
        <w:t xml:space="preserve"> un </w:t>
      </w:r>
      <w:proofErr w:type="spellStart"/>
      <w:r>
        <w:rPr>
          <w:rFonts w:ascii="Arial" w:hAnsi="Arial"/>
        </w:rPr>
        <w:t>cik</w:t>
      </w:r>
      <w:proofErr w:type="spellEnd"/>
      <w:r w:rsidR="009F3CEC">
        <w:rPr>
          <w:rFonts w:ascii="Arial" w:hAnsi="Arial"/>
        </w:rPr>
        <w:t>.</w:t>
      </w:r>
    </w:p>
    <w:p w14:paraId="618D6B70" w14:textId="3B008857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Dzeramnaudu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normas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konkrētajā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valstī</w:t>
      </w:r>
      <w:proofErr w:type="spellEnd"/>
      <w:r w:rsidR="009F3CEC">
        <w:rPr>
          <w:rFonts w:ascii="Arial" w:hAnsi="Arial"/>
        </w:rPr>
        <w:t>.</w:t>
      </w:r>
    </w:p>
    <w:p w14:paraId="31351B7D" w14:textId="09887A60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lastRenderedPageBreak/>
        <w:t xml:space="preserve">✓ </w:t>
      </w:r>
      <w:proofErr w:type="spellStart"/>
      <w:r>
        <w:rPr>
          <w:rFonts w:ascii="Arial" w:hAnsi="Arial"/>
        </w:rPr>
        <w:t>Reliģisk</w:t>
      </w:r>
      <w:r w:rsidR="009F3CEC">
        <w:rPr>
          <w:rFonts w:ascii="Arial" w:hAnsi="Arial"/>
        </w:rPr>
        <w:t>ie</w:t>
      </w:r>
      <w:proofErr w:type="spellEnd"/>
      <w:r w:rsidR="009F3CEC"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kultūras</w:t>
      </w:r>
      <w:proofErr w:type="spellEnd"/>
      <w:r w:rsidR="009F3CEC">
        <w:rPr>
          <w:rFonts w:ascii="Arial" w:hAnsi="Arial"/>
        </w:rPr>
        <w:t xml:space="preserve"> </w:t>
      </w:r>
      <w:proofErr w:type="spellStart"/>
      <w:r w:rsidR="009F3CEC">
        <w:rPr>
          <w:rFonts w:ascii="Arial" w:hAnsi="Arial"/>
        </w:rPr>
        <w:t>vai</w:t>
      </w:r>
      <w:proofErr w:type="spellEnd"/>
      <w:r w:rsidR="009F3CEC">
        <w:rPr>
          <w:rFonts w:ascii="Arial" w:hAnsi="Arial"/>
        </w:rPr>
        <w:t xml:space="preserve"> </w:t>
      </w:r>
      <w:proofErr w:type="spellStart"/>
      <w:r w:rsidR="009F3CEC">
        <w:rPr>
          <w:rFonts w:ascii="Arial" w:hAnsi="Arial"/>
        </w:rPr>
        <w:t>valsts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svētku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datumi</w:t>
      </w:r>
      <w:proofErr w:type="spellEnd"/>
      <w:r w:rsidR="009F3CEC">
        <w:rPr>
          <w:rFonts w:ascii="Arial" w:hAnsi="Arial"/>
        </w:rPr>
        <w:t>,</w:t>
      </w:r>
      <w:r>
        <w:rPr>
          <w:rFonts w:ascii="Arial" w:hAnsi="Arial"/>
        </w:rPr>
        <w:t xml:space="preserve"> kas var </w:t>
      </w:r>
      <w:proofErr w:type="spellStart"/>
      <w:r>
        <w:rPr>
          <w:rFonts w:ascii="Arial" w:hAnsi="Arial"/>
        </w:rPr>
        <w:t>ietekmēt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ceļojum</w:t>
      </w:r>
      <w:r w:rsidR="009F3CEC">
        <w:rPr>
          <w:rFonts w:ascii="Arial" w:hAnsi="Arial"/>
        </w:rPr>
        <w:t>a</w:t>
      </w:r>
      <w:proofErr w:type="spellEnd"/>
      <w:r w:rsidR="009F3CEC">
        <w:rPr>
          <w:rFonts w:ascii="Arial" w:hAnsi="Arial"/>
        </w:rPr>
        <w:t xml:space="preserve"> </w:t>
      </w:r>
      <w:proofErr w:type="spellStart"/>
      <w:r w:rsidR="009F3CEC">
        <w:rPr>
          <w:rFonts w:ascii="Arial" w:hAnsi="Arial"/>
        </w:rPr>
        <w:t>pl</w:t>
      </w:r>
      <w:r w:rsidR="007F4E2A">
        <w:rPr>
          <w:rFonts w:ascii="Arial" w:hAnsi="Arial"/>
        </w:rPr>
        <w:t>ā</w:t>
      </w:r>
      <w:r w:rsidR="009F3CEC">
        <w:rPr>
          <w:rFonts w:ascii="Arial" w:hAnsi="Arial"/>
        </w:rPr>
        <w:t>nus</w:t>
      </w:r>
      <w:proofErr w:type="spellEnd"/>
      <w:r w:rsidR="009F3CEC">
        <w:rPr>
          <w:rFonts w:ascii="Arial" w:hAnsi="Arial"/>
        </w:rPr>
        <w:t>.</w:t>
      </w:r>
    </w:p>
    <w:p w14:paraId="5D6C6AD7" w14:textId="0295D231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Vietējā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valoda</w:t>
      </w:r>
      <w:proofErr w:type="spellEnd"/>
      <w:r w:rsidR="009F3CEC">
        <w:rPr>
          <w:rFonts w:ascii="Arial" w:hAnsi="Arial"/>
        </w:rPr>
        <w:t xml:space="preserve"> -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pamata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frāzes</w:t>
      </w:r>
      <w:proofErr w:type="spellEnd"/>
      <w:r>
        <w:rPr>
          <w:rFonts w:ascii="Arial" w:hAnsi="Arial"/>
        </w:rPr>
        <w:t xml:space="preserve"> un </w:t>
      </w:r>
      <w:proofErr w:type="spellStart"/>
      <w:r>
        <w:rPr>
          <w:rFonts w:ascii="Arial" w:hAnsi="Arial"/>
        </w:rPr>
        <w:t>izteicieni</w:t>
      </w:r>
      <w:proofErr w:type="spellEnd"/>
      <w:r w:rsidR="009F3CEC">
        <w:rPr>
          <w:rFonts w:ascii="Arial" w:hAnsi="Arial"/>
        </w:rPr>
        <w:t>,</w:t>
      </w:r>
      <w:r>
        <w:rPr>
          <w:rFonts w:ascii="Arial" w:hAnsi="Arial"/>
        </w:rPr>
        <w:t xml:space="preserve"> kas </w:t>
      </w:r>
      <w:r w:rsidR="009F3CEC">
        <w:rPr>
          <w:rFonts w:ascii="Arial" w:hAnsi="Arial"/>
        </w:rPr>
        <w:t xml:space="preserve">var </w:t>
      </w:r>
      <w:proofErr w:type="spellStart"/>
      <w:r w:rsidR="009F3CEC">
        <w:rPr>
          <w:rFonts w:ascii="Arial" w:hAnsi="Arial"/>
        </w:rPr>
        <w:t>palīdzēt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ikdienas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situācijās</w:t>
      </w:r>
      <w:proofErr w:type="spellEnd"/>
      <w:r w:rsidR="009F3CEC">
        <w:rPr>
          <w:rFonts w:ascii="Arial" w:hAnsi="Arial"/>
        </w:rPr>
        <w:t>.</w:t>
      </w:r>
    </w:p>
    <w:p w14:paraId="29E6E981" w14:textId="0B266040" w:rsidR="002928F8" w:rsidRDefault="00000000">
      <w:pPr>
        <w:spacing w:before="240" w:after="80"/>
      </w:pPr>
      <w:r>
        <w:rPr>
          <w:rFonts w:ascii="Arial" w:hAnsi="Arial"/>
          <w:b/>
          <w:color w:val="14468C"/>
          <w:sz w:val="24"/>
        </w:rPr>
        <w:t xml:space="preserve">📄 </w:t>
      </w:r>
      <w:proofErr w:type="spellStart"/>
      <w:r>
        <w:rPr>
          <w:rFonts w:ascii="Arial" w:hAnsi="Arial"/>
          <w:b/>
          <w:color w:val="14468C"/>
          <w:sz w:val="24"/>
        </w:rPr>
        <w:t>Vīza</w:t>
      </w:r>
      <w:proofErr w:type="spellEnd"/>
      <w:r>
        <w:rPr>
          <w:rFonts w:ascii="Arial" w:hAnsi="Arial"/>
          <w:b/>
          <w:color w:val="14468C"/>
          <w:sz w:val="24"/>
        </w:rPr>
        <w:t xml:space="preserve"> un </w:t>
      </w:r>
      <w:proofErr w:type="spellStart"/>
      <w:r>
        <w:rPr>
          <w:rFonts w:ascii="Arial" w:hAnsi="Arial"/>
          <w:b/>
          <w:color w:val="14468C"/>
          <w:sz w:val="24"/>
        </w:rPr>
        <w:t>dokumenti</w:t>
      </w:r>
      <w:proofErr w:type="spellEnd"/>
    </w:p>
    <w:p w14:paraId="1A98C2B2" w14:textId="3F829F92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Informācija</w:t>
      </w:r>
      <w:proofErr w:type="spellEnd"/>
      <w:r>
        <w:rPr>
          <w:rFonts w:ascii="Arial" w:hAnsi="Arial"/>
        </w:rPr>
        <w:t xml:space="preserve"> par </w:t>
      </w:r>
      <w:proofErr w:type="spellStart"/>
      <w:r>
        <w:rPr>
          <w:rFonts w:ascii="Arial" w:hAnsi="Arial"/>
        </w:rPr>
        <w:t>vīzas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nepieciešamību</w:t>
      </w:r>
      <w:proofErr w:type="spellEnd"/>
      <w:r>
        <w:rPr>
          <w:rFonts w:ascii="Arial" w:hAnsi="Arial"/>
        </w:rPr>
        <w:t xml:space="preserve"> </w:t>
      </w:r>
      <w:proofErr w:type="spellStart"/>
      <w:r w:rsidR="007F4E2A">
        <w:rPr>
          <w:rFonts w:ascii="Arial" w:hAnsi="Arial"/>
        </w:rPr>
        <w:t>Jūsu</w:t>
      </w:r>
      <w:proofErr w:type="spellEnd"/>
      <w:r w:rsidR="007F4E2A">
        <w:rPr>
          <w:rFonts w:ascii="Arial" w:hAnsi="Arial"/>
        </w:rPr>
        <w:t xml:space="preserve"> </w:t>
      </w:r>
      <w:proofErr w:type="spellStart"/>
      <w:r w:rsidR="007F4E2A">
        <w:rPr>
          <w:rFonts w:ascii="Arial" w:hAnsi="Arial"/>
        </w:rPr>
        <w:t>valsts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pilsoņiem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konkrētajā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valstī</w:t>
      </w:r>
      <w:proofErr w:type="spellEnd"/>
      <w:r w:rsidR="007F4E2A">
        <w:rPr>
          <w:rFonts w:ascii="Arial" w:hAnsi="Arial"/>
        </w:rPr>
        <w:t>.</w:t>
      </w:r>
    </w:p>
    <w:p w14:paraId="7171EF6B" w14:textId="4B15FA4F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Norāde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oficiālo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vīzas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pieteikšanās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vietni</w:t>
      </w:r>
      <w:proofErr w:type="spellEnd"/>
      <w:r w:rsidR="007F4E2A">
        <w:rPr>
          <w:rFonts w:ascii="Arial" w:hAnsi="Arial"/>
        </w:rPr>
        <w:t xml:space="preserve">, </w:t>
      </w:r>
      <w:r>
        <w:rPr>
          <w:rFonts w:ascii="Arial" w:hAnsi="Arial"/>
        </w:rPr>
        <w:t>un</w:t>
      </w:r>
      <w:r w:rsidR="007F4E2A">
        <w:rPr>
          <w:rFonts w:ascii="Arial" w:hAnsi="Arial"/>
        </w:rPr>
        <w:t xml:space="preserve"> </w:t>
      </w:r>
      <w:proofErr w:type="spellStart"/>
      <w:r w:rsidR="007F4E2A">
        <w:rPr>
          <w:rFonts w:ascii="Arial" w:hAnsi="Arial"/>
        </w:rPr>
        <w:t>īss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procesa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apraksts</w:t>
      </w:r>
      <w:proofErr w:type="spellEnd"/>
      <w:r w:rsidR="007F4E2A">
        <w:rPr>
          <w:rFonts w:ascii="Arial" w:hAnsi="Arial"/>
        </w:rPr>
        <w:t>.</w:t>
      </w:r>
    </w:p>
    <w:p w14:paraId="413EE03D" w14:textId="3B9849C3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Pases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derīguma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termiņa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prasības</w:t>
      </w:r>
      <w:proofErr w:type="spellEnd"/>
      <w:r w:rsidR="007F4E2A">
        <w:rPr>
          <w:rFonts w:ascii="Arial" w:hAnsi="Arial"/>
        </w:rPr>
        <w:t>.</w:t>
      </w:r>
    </w:p>
    <w:p w14:paraId="4078322B" w14:textId="309C3864" w:rsidR="002928F8" w:rsidRDefault="00000000">
      <w:pPr>
        <w:spacing w:before="240" w:after="80"/>
      </w:pPr>
      <w:r>
        <w:rPr>
          <w:rFonts w:ascii="Arial" w:hAnsi="Arial"/>
          <w:b/>
          <w:color w:val="14468C"/>
          <w:sz w:val="24"/>
        </w:rPr>
        <w:t xml:space="preserve">🏥 </w:t>
      </w:r>
      <w:proofErr w:type="spellStart"/>
      <w:r>
        <w:rPr>
          <w:rFonts w:ascii="Arial" w:hAnsi="Arial"/>
          <w:b/>
          <w:color w:val="14468C"/>
          <w:sz w:val="24"/>
        </w:rPr>
        <w:t>Apdrošināšana</w:t>
      </w:r>
      <w:proofErr w:type="spellEnd"/>
      <w:r>
        <w:rPr>
          <w:rFonts w:ascii="Arial" w:hAnsi="Arial"/>
          <w:b/>
          <w:color w:val="14468C"/>
          <w:sz w:val="24"/>
        </w:rPr>
        <w:t xml:space="preserve"> un </w:t>
      </w:r>
      <w:proofErr w:type="spellStart"/>
      <w:r>
        <w:rPr>
          <w:rFonts w:ascii="Arial" w:hAnsi="Arial"/>
          <w:b/>
          <w:color w:val="14468C"/>
          <w:sz w:val="24"/>
        </w:rPr>
        <w:t>veselība</w:t>
      </w:r>
      <w:proofErr w:type="spellEnd"/>
    </w:p>
    <w:p w14:paraId="5E29705D" w14:textId="5AFFFB4E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Ieteikums</w:t>
      </w:r>
      <w:proofErr w:type="spellEnd"/>
      <w:r>
        <w:rPr>
          <w:rFonts w:ascii="Arial" w:hAnsi="Arial"/>
        </w:rPr>
        <w:t xml:space="preserve"> par </w:t>
      </w:r>
      <w:proofErr w:type="spellStart"/>
      <w:r>
        <w:rPr>
          <w:rFonts w:ascii="Arial" w:hAnsi="Arial"/>
        </w:rPr>
        <w:t>piemērotu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apdrošināšanas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segumu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konkrētajam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ceļojumam</w:t>
      </w:r>
      <w:proofErr w:type="spellEnd"/>
      <w:r w:rsidR="00087653">
        <w:rPr>
          <w:rFonts w:ascii="Arial" w:hAnsi="Arial"/>
        </w:rPr>
        <w:t>.</w:t>
      </w:r>
    </w:p>
    <w:p w14:paraId="76C88A55" w14:textId="2DF50446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Saites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pieejamajiem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ceļojumu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apdrošinātājiem</w:t>
      </w:r>
      <w:proofErr w:type="spellEnd"/>
      <w:r w:rsidR="00087653">
        <w:rPr>
          <w:rFonts w:ascii="Arial" w:hAnsi="Arial"/>
        </w:rPr>
        <w:t>.</w:t>
      </w:r>
    </w:p>
    <w:p w14:paraId="066FC3F6" w14:textId="2BB1B64A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Informācija</w:t>
      </w:r>
      <w:proofErr w:type="spellEnd"/>
      <w:r>
        <w:rPr>
          <w:rFonts w:ascii="Arial" w:hAnsi="Arial"/>
        </w:rPr>
        <w:t xml:space="preserve"> par </w:t>
      </w:r>
      <w:proofErr w:type="spellStart"/>
      <w:r>
        <w:rPr>
          <w:rFonts w:ascii="Arial" w:hAnsi="Arial"/>
        </w:rPr>
        <w:t>obligātajām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vakcinācijām</w:t>
      </w:r>
      <w:proofErr w:type="spellEnd"/>
      <w:r w:rsidR="003E42B7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veselības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prasībām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ceļojuma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valstī</w:t>
      </w:r>
      <w:proofErr w:type="spellEnd"/>
      <w:r w:rsidR="003E42B7">
        <w:rPr>
          <w:rFonts w:ascii="Arial" w:hAnsi="Arial"/>
        </w:rPr>
        <w:t>.</w:t>
      </w:r>
    </w:p>
    <w:p w14:paraId="08BD6932" w14:textId="633A0138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Saraksts</w:t>
      </w:r>
      <w:proofErr w:type="spellEnd"/>
      <w:r>
        <w:rPr>
          <w:rFonts w:ascii="Arial" w:hAnsi="Arial"/>
        </w:rPr>
        <w:t xml:space="preserve"> </w:t>
      </w:r>
      <w:proofErr w:type="spellStart"/>
      <w:r w:rsidR="003E42B7">
        <w:rPr>
          <w:rFonts w:ascii="Arial" w:hAnsi="Arial"/>
        </w:rPr>
        <w:t>nepieciešamajiem</w:t>
      </w:r>
      <w:proofErr w:type="spellEnd"/>
      <w:r w:rsidR="003E42B7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medikamentiem</w:t>
      </w:r>
      <w:proofErr w:type="spellEnd"/>
      <w:r w:rsidR="003E42B7">
        <w:rPr>
          <w:rFonts w:ascii="Arial" w:hAnsi="Arial"/>
        </w:rPr>
        <w:t>,</w:t>
      </w:r>
      <w:r>
        <w:rPr>
          <w:rFonts w:ascii="Arial" w:hAnsi="Arial"/>
        </w:rPr>
        <w:t xml:space="preserve"> ko </w:t>
      </w:r>
      <w:proofErr w:type="spellStart"/>
      <w:r>
        <w:rPr>
          <w:rFonts w:ascii="Arial" w:hAnsi="Arial"/>
        </w:rPr>
        <w:t>iesaka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ņemt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līdzi</w:t>
      </w:r>
      <w:proofErr w:type="spellEnd"/>
      <w:r w:rsidR="003E42B7">
        <w:rPr>
          <w:rFonts w:ascii="Arial" w:hAnsi="Arial"/>
        </w:rPr>
        <w:t>.</w:t>
      </w:r>
    </w:p>
    <w:p w14:paraId="657958D0" w14:textId="68963C2E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Ūdens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drošības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informācija</w:t>
      </w:r>
      <w:proofErr w:type="spellEnd"/>
      <w:r w:rsidR="003E42B7">
        <w:rPr>
          <w:rFonts w:ascii="Arial" w:hAnsi="Arial"/>
        </w:rPr>
        <w:t xml:space="preserve"> - </w:t>
      </w:r>
      <w:proofErr w:type="spellStart"/>
      <w:r>
        <w:rPr>
          <w:rFonts w:ascii="Arial" w:hAnsi="Arial"/>
        </w:rPr>
        <w:t>kur</w:t>
      </w:r>
      <w:proofErr w:type="spellEnd"/>
      <w:r>
        <w:rPr>
          <w:rFonts w:ascii="Arial" w:hAnsi="Arial"/>
        </w:rPr>
        <w:t xml:space="preserve"> var </w:t>
      </w:r>
      <w:proofErr w:type="spellStart"/>
      <w:r>
        <w:rPr>
          <w:rFonts w:ascii="Arial" w:hAnsi="Arial"/>
        </w:rPr>
        <w:t>dzert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krāna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ūdeni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kur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nedrīkst</w:t>
      </w:r>
      <w:proofErr w:type="spellEnd"/>
      <w:r w:rsidR="003E42B7">
        <w:rPr>
          <w:rFonts w:ascii="Arial" w:hAnsi="Arial"/>
        </w:rPr>
        <w:t>.</w:t>
      </w:r>
    </w:p>
    <w:p w14:paraId="6D66A677" w14:textId="3664CE16" w:rsidR="002928F8" w:rsidRPr="003E42B7" w:rsidRDefault="00000000">
      <w:pPr>
        <w:spacing w:before="40" w:after="80"/>
        <w:ind w:left="397"/>
        <w:rPr>
          <w:color w:val="EE0000"/>
        </w:rPr>
      </w:pPr>
      <w:r w:rsidRPr="003E42B7">
        <w:rPr>
          <w:rFonts w:ascii="Arial" w:hAnsi="Arial"/>
          <w:b/>
          <w:color w:val="EE0000"/>
        </w:rPr>
        <w:t xml:space="preserve">✓ </w:t>
      </w:r>
      <w:proofErr w:type="spellStart"/>
      <w:r w:rsidRPr="003E42B7">
        <w:rPr>
          <w:rFonts w:ascii="Arial" w:hAnsi="Arial"/>
          <w:color w:val="EE0000"/>
        </w:rPr>
        <w:t>Informācija</w:t>
      </w:r>
      <w:proofErr w:type="spellEnd"/>
      <w:r w:rsidRPr="003E42B7">
        <w:rPr>
          <w:rFonts w:ascii="Arial" w:hAnsi="Arial"/>
          <w:color w:val="EE0000"/>
        </w:rPr>
        <w:t xml:space="preserve"> par </w:t>
      </w:r>
      <w:proofErr w:type="spellStart"/>
      <w:r w:rsidRPr="003E42B7">
        <w:rPr>
          <w:rFonts w:ascii="Arial" w:hAnsi="Arial"/>
          <w:color w:val="EE0000"/>
        </w:rPr>
        <w:t>medicīnisko</w:t>
      </w:r>
      <w:proofErr w:type="spellEnd"/>
      <w:r w:rsidRPr="003E42B7">
        <w:rPr>
          <w:rFonts w:ascii="Arial" w:hAnsi="Arial"/>
          <w:color w:val="EE0000"/>
        </w:rPr>
        <w:t xml:space="preserve"> </w:t>
      </w:r>
      <w:proofErr w:type="spellStart"/>
      <w:r w:rsidRPr="003E42B7">
        <w:rPr>
          <w:rFonts w:ascii="Arial" w:hAnsi="Arial"/>
          <w:color w:val="EE0000"/>
        </w:rPr>
        <w:t>palīdzību</w:t>
      </w:r>
      <w:proofErr w:type="spellEnd"/>
      <w:r w:rsidRPr="003E42B7">
        <w:rPr>
          <w:rFonts w:ascii="Arial" w:hAnsi="Arial"/>
          <w:color w:val="EE0000"/>
        </w:rPr>
        <w:t xml:space="preserve"> </w:t>
      </w:r>
      <w:proofErr w:type="spellStart"/>
      <w:r w:rsidRPr="003E42B7">
        <w:rPr>
          <w:rFonts w:ascii="Arial" w:hAnsi="Arial"/>
          <w:color w:val="EE0000"/>
        </w:rPr>
        <w:t>destinācijā</w:t>
      </w:r>
      <w:proofErr w:type="spellEnd"/>
      <w:r w:rsidR="003E42B7" w:rsidRPr="003E42B7">
        <w:rPr>
          <w:rFonts w:ascii="Arial" w:hAnsi="Arial"/>
          <w:color w:val="EE0000"/>
        </w:rPr>
        <w:t>,</w:t>
      </w:r>
      <w:r w:rsidRPr="003E42B7">
        <w:rPr>
          <w:rFonts w:ascii="Arial" w:hAnsi="Arial"/>
          <w:color w:val="EE0000"/>
        </w:rPr>
        <w:t xml:space="preserve"> </w:t>
      </w:r>
      <w:proofErr w:type="spellStart"/>
      <w:r w:rsidRPr="003E42B7">
        <w:rPr>
          <w:rFonts w:ascii="Arial" w:hAnsi="Arial"/>
          <w:color w:val="EE0000"/>
        </w:rPr>
        <w:t>kur</w:t>
      </w:r>
      <w:proofErr w:type="spellEnd"/>
      <w:r w:rsidRPr="003E42B7">
        <w:rPr>
          <w:rFonts w:ascii="Arial" w:hAnsi="Arial"/>
          <w:color w:val="EE0000"/>
        </w:rPr>
        <w:t xml:space="preserve"> </w:t>
      </w:r>
      <w:proofErr w:type="spellStart"/>
      <w:r w:rsidRPr="003E42B7">
        <w:rPr>
          <w:rFonts w:ascii="Arial" w:hAnsi="Arial"/>
          <w:color w:val="EE0000"/>
        </w:rPr>
        <w:t>vērsties</w:t>
      </w:r>
      <w:proofErr w:type="spellEnd"/>
      <w:r w:rsidRPr="003E42B7">
        <w:rPr>
          <w:rFonts w:ascii="Arial" w:hAnsi="Arial"/>
          <w:color w:val="EE0000"/>
        </w:rPr>
        <w:t xml:space="preserve"> </w:t>
      </w:r>
      <w:proofErr w:type="spellStart"/>
      <w:r w:rsidRPr="003E42B7">
        <w:rPr>
          <w:rFonts w:ascii="Arial" w:hAnsi="Arial"/>
          <w:color w:val="EE0000"/>
        </w:rPr>
        <w:t>ārkārtas</w:t>
      </w:r>
      <w:proofErr w:type="spellEnd"/>
      <w:r w:rsidRPr="003E42B7">
        <w:rPr>
          <w:rFonts w:ascii="Arial" w:hAnsi="Arial"/>
          <w:color w:val="EE0000"/>
        </w:rPr>
        <w:t xml:space="preserve"> </w:t>
      </w:r>
      <w:proofErr w:type="spellStart"/>
      <w:r w:rsidRPr="003E42B7">
        <w:rPr>
          <w:rFonts w:ascii="Arial" w:hAnsi="Arial"/>
          <w:color w:val="EE0000"/>
        </w:rPr>
        <w:t>gadījumā</w:t>
      </w:r>
      <w:proofErr w:type="spellEnd"/>
      <w:r w:rsidR="003E42B7" w:rsidRPr="003E42B7">
        <w:rPr>
          <w:rFonts w:ascii="Arial" w:hAnsi="Arial"/>
          <w:color w:val="EE0000"/>
        </w:rPr>
        <w:t>.</w:t>
      </w:r>
    </w:p>
    <w:p w14:paraId="160D22D6" w14:textId="251F3F63" w:rsidR="002928F8" w:rsidRDefault="00000000">
      <w:pPr>
        <w:spacing w:before="240" w:after="80"/>
      </w:pPr>
      <w:r>
        <w:rPr>
          <w:rFonts w:ascii="Arial" w:hAnsi="Arial"/>
          <w:b/>
          <w:color w:val="14468C"/>
          <w:sz w:val="24"/>
        </w:rPr>
        <w:t xml:space="preserve">📱 </w:t>
      </w:r>
      <w:proofErr w:type="spellStart"/>
      <w:r>
        <w:rPr>
          <w:rFonts w:ascii="Arial" w:hAnsi="Arial"/>
          <w:b/>
          <w:color w:val="14468C"/>
          <w:sz w:val="24"/>
        </w:rPr>
        <w:t>Praktiskā</w:t>
      </w:r>
      <w:proofErr w:type="spellEnd"/>
      <w:r>
        <w:rPr>
          <w:rFonts w:ascii="Arial" w:hAnsi="Arial"/>
          <w:b/>
          <w:color w:val="14468C"/>
          <w:sz w:val="24"/>
        </w:rPr>
        <w:t xml:space="preserve"> </w:t>
      </w:r>
      <w:proofErr w:type="spellStart"/>
      <w:r>
        <w:rPr>
          <w:rFonts w:ascii="Arial" w:hAnsi="Arial"/>
          <w:b/>
          <w:color w:val="14468C"/>
          <w:sz w:val="24"/>
        </w:rPr>
        <w:t>loģistika</w:t>
      </w:r>
      <w:proofErr w:type="spellEnd"/>
    </w:p>
    <w:p w14:paraId="10FE2C1C" w14:textId="1B0A4B10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r>
        <w:rPr>
          <w:rFonts w:ascii="Arial" w:hAnsi="Arial"/>
        </w:rPr>
        <w:t xml:space="preserve">SIM </w:t>
      </w:r>
      <w:proofErr w:type="spellStart"/>
      <w:r>
        <w:rPr>
          <w:rFonts w:ascii="Arial" w:hAnsi="Arial"/>
        </w:rPr>
        <w:t>kartes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ieteikumi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konkrētajā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valstī</w:t>
      </w:r>
      <w:proofErr w:type="spellEnd"/>
      <w:r w:rsidR="003B42CE">
        <w:rPr>
          <w:rFonts w:ascii="Arial" w:hAnsi="Arial"/>
        </w:rPr>
        <w:t xml:space="preserve"> -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pirkt</w:t>
      </w:r>
      <w:proofErr w:type="spellEnd"/>
      <w:r w:rsidR="003B42CE">
        <w:rPr>
          <w:rFonts w:ascii="Arial" w:hAnsi="Arial"/>
        </w:rPr>
        <w:t>.</w:t>
      </w:r>
    </w:p>
    <w:p w14:paraId="01EEE2C7" w14:textId="79B4BE69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r>
        <w:rPr>
          <w:rFonts w:ascii="Arial" w:hAnsi="Arial"/>
        </w:rPr>
        <w:t xml:space="preserve">Interneta </w:t>
      </w:r>
      <w:proofErr w:type="spellStart"/>
      <w:r>
        <w:rPr>
          <w:rFonts w:ascii="Arial" w:hAnsi="Arial"/>
        </w:rPr>
        <w:t>pieejamība</w:t>
      </w:r>
      <w:proofErr w:type="spellEnd"/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>un VPN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nepieciešamība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dažās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valstīs</w:t>
      </w:r>
      <w:proofErr w:type="spellEnd"/>
      <w:r w:rsidR="003B42CE">
        <w:rPr>
          <w:rFonts w:ascii="Arial" w:hAnsi="Arial"/>
        </w:rPr>
        <w:t>.</w:t>
      </w:r>
    </w:p>
    <w:p w14:paraId="45F57A92" w14:textId="1F1E1937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Vietējā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transporta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lietotņu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ieteikumi</w:t>
      </w:r>
      <w:proofErr w:type="spellEnd"/>
      <w:r>
        <w:rPr>
          <w:rFonts w:ascii="Arial" w:hAnsi="Arial"/>
        </w:rPr>
        <w:t xml:space="preserve"> (Uber, Bolt, vietējie analogi)</w:t>
      </w:r>
      <w:r w:rsidR="003B42CE">
        <w:rPr>
          <w:rFonts w:ascii="Arial" w:hAnsi="Arial"/>
        </w:rPr>
        <w:t>.</w:t>
      </w:r>
    </w:p>
    <w:p w14:paraId="167BABCB" w14:textId="4083C331" w:rsidR="002928F8" w:rsidRDefault="00000000" w:rsidP="000C5519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Laikapstākļu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prognoze</w:t>
      </w:r>
      <w:proofErr w:type="spellEnd"/>
      <w:r>
        <w:rPr>
          <w:rFonts w:ascii="Arial" w:hAnsi="Arial"/>
        </w:rPr>
        <w:t xml:space="preserve"> un </w:t>
      </w:r>
      <w:proofErr w:type="spellStart"/>
      <w:r>
        <w:rPr>
          <w:rFonts w:ascii="Arial" w:hAnsi="Arial"/>
        </w:rPr>
        <w:t>sezonas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raksturojums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ceļojuma</w:t>
      </w:r>
      <w:proofErr w:type="spellEnd"/>
      <w:r>
        <w:rPr>
          <w:rFonts w:ascii="Arial" w:hAnsi="Arial"/>
        </w:rPr>
        <w:t xml:space="preserve"> </w:t>
      </w:r>
      <w:proofErr w:type="spellStart"/>
      <w:r w:rsidR="003B42CE">
        <w:rPr>
          <w:rFonts w:ascii="Arial" w:hAnsi="Arial"/>
        </w:rPr>
        <w:t>periodā</w:t>
      </w:r>
      <w:proofErr w:type="spellEnd"/>
      <w:r w:rsidR="003B42CE">
        <w:rPr>
          <w:rFonts w:ascii="Arial" w:hAnsi="Arial"/>
        </w:rPr>
        <w:t>.</w:t>
      </w:r>
    </w:p>
    <w:p w14:paraId="217A41E5" w14:textId="5D5997E0" w:rsidR="002928F8" w:rsidRDefault="00000000">
      <w:pPr>
        <w:shd w:val="clear" w:color="auto" w:fill="1A4A7A"/>
        <w:spacing w:before="360" w:after="120"/>
        <w:ind w:left="170"/>
      </w:pPr>
      <w:r>
        <w:rPr>
          <w:rFonts w:ascii="Arial" w:hAnsi="Arial"/>
          <w:b/>
          <w:color w:val="FFFFFF"/>
          <w:sz w:val="28"/>
        </w:rPr>
        <w:t>3. ✗ KO MĒS NEDARĀM — SVARĪGI ZINĀT</w:t>
      </w:r>
    </w:p>
    <w:p w14:paraId="6A3EBC0A" w14:textId="20920BFC" w:rsidR="002928F8" w:rsidRDefault="00000000">
      <w:pPr>
        <w:spacing w:before="40" w:after="120"/>
      </w:pPr>
      <w:r>
        <w:rPr>
          <w:rFonts w:ascii="Arial" w:hAnsi="Arial"/>
        </w:rPr>
        <w:t xml:space="preserve">Godīgums ir mūsu darba pamats. Zemāk ir skaidri uzskaitīts kas NAV mūsu pakalpojuma daļa. </w:t>
      </w:r>
      <w:proofErr w:type="spellStart"/>
      <w:r>
        <w:rPr>
          <w:rFonts w:ascii="Arial" w:hAnsi="Arial"/>
        </w:rPr>
        <w:t>Lūdzam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izlasīt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uzmanīgi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pirms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pasūtīšanas</w:t>
      </w:r>
      <w:proofErr w:type="spellEnd"/>
      <w:r w:rsidR="00E063CC">
        <w:rPr>
          <w:rFonts w:ascii="Arial" w:hAnsi="Arial"/>
        </w:rPr>
        <w:t xml:space="preserve">, lai </w:t>
      </w:r>
      <w:proofErr w:type="spellStart"/>
      <w:r w:rsidR="00E063CC">
        <w:rPr>
          <w:rFonts w:ascii="Arial" w:hAnsi="Arial"/>
        </w:rPr>
        <w:t>Jūsu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cerības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atbilstu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realitātei</w:t>
      </w:r>
      <w:proofErr w:type="spellEnd"/>
      <w:r>
        <w:rPr>
          <w:rFonts w:ascii="Arial" w:hAnsi="Arial"/>
        </w:rPr>
        <w:t>.</w:t>
      </w:r>
    </w:p>
    <w:p w14:paraId="03C0C146" w14:textId="51245978" w:rsidR="002928F8" w:rsidRDefault="00000000">
      <w:pPr>
        <w:pBdr>
          <w:top w:val="single" w:sz="6" w:space="6" w:color="CC3333"/>
          <w:left w:val="single" w:sz="6" w:space="6" w:color="CC3333"/>
          <w:bottom w:val="single" w:sz="6" w:space="6" w:color="CC3333"/>
          <w:right w:val="single" w:sz="6" w:space="6" w:color="CC3333"/>
        </w:pBdr>
        <w:shd w:val="clear" w:color="auto" w:fill="FFF5F5"/>
        <w:spacing w:before="120" w:after="120"/>
        <w:ind w:left="283" w:right="283"/>
      </w:pPr>
      <w:r>
        <w:rPr>
          <w:rFonts w:ascii="Arial" w:hAnsi="Arial"/>
          <w:color w:val="781414"/>
          <w:sz w:val="21"/>
        </w:rPr>
        <w:t xml:space="preserve">⚠ SVARĪGI: </w:t>
      </w:r>
      <w:proofErr w:type="spellStart"/>
      <w:r>
        <w:rPr>
          <w:rFonts w:ascii="Arial" w:hAnsi="Arial"/>
          <w:color w:val="781414"/>
          <w:sz w:val="21"/>
        </w:rPr>
        <w:t>Mēs</w:t>
      </w:r>
      <w:proofErr w:type="spellEnd"/>
      <w:r>
        <w:rPr>
          <w:rFonts w:ascii="Arial" w:hAnsi="Arial"/>
          <w:color w:val="781414"/>
          <w:sz w:val="21"/>
        </w:rPr>
        <w:t xml:space="preserve"> </w:t>
      </w:r>
      <w:proofErr w:type="spellStart"/>
      <w:r>
        <w:rPr>
          <w:rFonts w:ascii="Arial" w:hAnsi="Arial"/>
          <w:color w:val="781414"/>
          <w:sz w:val="21"/>
        </w:rPr>
        <w:t>esam</w:t>
      </w:r>
      <w:proofErr w:type="spellEnd"/>
      <w:r>
        <w:rPr>
          <w:rFonts w:ascii="Arial" w:hAnsi="Arial"/>
          <w:color w:val="781414"/>
          <w:sz w:val="21"/>
        </w:rPr>
        <w:t xml:space="preserve"> CEĻOJUMU PLĀNOŠANAS KONSULTANTI</w:t>
      </w:r>
      <w:r w:rsidR="00E063CC">
        <w:rPr>
          <w:rFonts w:ascii="Arial" w:hAnsi="Arial"/>
          <w:color w:val="781414"/>
          <w:sz w:val="21"/>
        </w:rPr>
        <w:t xml:space="preserve"> -</w:t>
      </w:r>
      <w:r>
        <w:rPr>
          <w:rFonts w:ascii="Arial" w:hAnsi="Arial"/>
          <w:color w:val="781414"/>
          <w:sz w:val="21"/>
        </w:rPr>
        <w:t xml:space="preserve"> </w:t>
      </w:r>
      <w:proofErr w:type="spellStart"/>
      <w:r>
        <w:rPr>
          <w:rFonts w:ascii="Arial" w:hAnsi="Arial"/>
          <w:color w:val="781414"/>
          <w:sz w:val="21"/>
        </w:rPr>
        <w:t>nevis</w:t>
      </w:r>
      <w:proofErr w:type="spellEnd"/>
      <w:r>
        <w:rPr>
          <w:rFonts w:ascii="Arial" w:hAnsi="Arial"/>
          <w:color w:val="781414"/>
          <w:sz w:val="21"/>
        </w:rPr>
        <w:t xml:space="preserve"> </w:t>
      </w:r>
      <w:proofErr w:type="spellStart"/>
      <w:r>
        <w:rPr>
          <w:rFonts w:ascii="Arial" w:hAnsi="Arial"/>
          <w:color w:val="781414"/>
          <w:sz w:val="21"/>
        </w:rPr>
        <w:t>licencēta</w:t>
      </w:r>
      <w:proofErr w:type="spellEnd"/>
      <w:r>
        <w:rPr>
          <w:rFonts w:ascii="Arial" w:hAnsi="Arial"/>
          <w:color w:val="781414"/>
          <w:sz w:val="21"/>
        </w:rPr>
        <w:t xml:space="preserve"> </w:t>
      </w:r>
      <w:proofErr w:type="spellStart"/>
      <w:r>
        <w:rPr>
          <w:rFonts w:ascii="Arial" w:hAnsi="Arial"/>
          <w:color w:val="781414"/>
          <w:sz w:val="21"/>
        </w:rPr>
        <w:t>tūrisma</w:t>
      </w:r>
      <w:proofErr w:type="spellEnd"/>
      <w:r>
        <w:rPr>
          <w:rFonts w:ascii="Arial" w:hAnsi="Arial"/>
          <w:color w:val="781414"/>
          <w:sz w:val="21"/>
        </w:rPr>
        <w:t xml:space="preserve"> </w:t>
      </w:r>
      <w:proofErr w:type="spellStart"/>
      <w:r>
        <w:rPr>
          <w:rFonts w:ascii="Arial" w:hAnsi="Arial"/>
          <w:color w:val="781414"/>
          <w:sz w:val="21"/>
        </w:rPr>
        <w:t>aģentūra</w:t>
      </w:r>
      <w:proofErr w:type="spellEnd"/>
      <w:r>
        <w:rPr>
          <w:rFonts w:ascii="Arial" w:hAnsi="Arial"/>
          <w:color w:val="781414"/>
          <w:sz w:val="21"/>
        </w:rPr>
        <w:t xml:space="preserve"> vai tūroperators. Mūsu pakalpojums ir informācija, padomi un maršruta plāns. Visas </w:t>
      </w:r>
      <w:proofErr w:type="spellStart"/>
      <w:r>
        <w:rPr>
          <w:rFonts w:ascii="Arial" w:hAnsi="Arial"/>
          <w:color w:val="781414"/>
          <w:sz w:val="21"/>
        </w:rPr>
        <w:t>rezervācijas</w:t>
      </w:r>
      <w:proofErr w:type="spellEnd"/>
      <w:r>
        <w:rPr>
          <w:rFonts w:ascii="Arial" w:hAnsi="Arial"/>
          <w:color w:val="781414"/>
          <w:sz w:val="21"/>
        </w:rPr>
        <w:t xml:space="preserve"> </w:t>
      </w:r>
      <w:proofErr w:type="spellStart"/>
      <w:r>
        <w:rPr>
          <w:rFonts w:ascii="Arial" w:hAnsi="Arial"/>
          <w:color w:val="781414"/>
          <w:sz w:val="21"/>
        </w:rPr>
        <w:t>veic</w:t>
      </w:r>
      <w:proofErr w:type="spellEnd"/>
      <w:r>
        <w:rPr>
          <w:rFonts w:ascii="Arial" w:hAnsi="Arial"/>
          <w:color w:val="781414"/>
          <w:sz w:val="21"/>
        </w:rPr>
        <w:t xml:space="preserve"> </w:t>
      </w:r>
      <w:proofErr w:type="spellStart"/>
      <w:r>
        <w:rPr>
          <w:rFonts w:ascii="Arial" w:hAnsi="Arial"/>
          <w:color w:val="781414"/>
          <w:sz w:val="21"/>
        </w:rPr>
        <w:t>klients</w:t>
      </w:r>
      <w:proofErr w:type="spellEnd"/>
      <w:r>
        <w:rPr>
          <w:rFonts w:ascii="Arial" w:hAnsi="Arial"/>
          <w:color w:val="781414"/>
          <w:sz w:val="21"/>
        </w:rPr>
        <w:t xml:space="preserve"> pat</w:t>
      </w:r>
      <w:r w:rsidR="00E063CC">
        <w:rPr>
          <w:rFonts w:ascii="Arial" w:hAnsi="Arial"/>
          <w:color w:val="781414"/>
          <w:sz w:val="21"/>
        </w:rPr>
        <w:t>s!</w:t>
      </w:r>
    </w:p>
    <w:p w14:paraId="14C354A7" w14:textId="0942F646" w:rsidR="002928F8" w:rsidRDefault="00000000">
      <w:pPr>
        <w:spacing w:before="240" w:after="80"/>
      </w:pPr>
      <w:r>
        <w:rPr>
          <w:rFonts w:ascii="Arial" w:hAnsi="Arial"/>
          <w:b/>
          <w:color w:val="14468C"/>
          <w:sz w:val="24"/>
        </w:rPr>
        <w:t xml:space="preserve">🚫 </w:t>
      </w:r>
      <w:proofErr w:type="spellStart"/>
      <w:r>
        <w:rPr>
          <w:rFonts w:ascii="Arial" w:hAnsi="Arial"/>
          <w:b/>
          <w:color w:val="14468C"/>
          <w:sz w:val="24"/>
        </w:rPr>
        <w:t>Rezervācijas</w:t>
      </w:r>
      <w:proofErr w:type="spellEnd"/>
      <w:r>
        <w:rPr>
          <w:rFonts w:ascii="Arial" w:hAnsi="Arial"/>
          <w:b/>
          <w:color w:val="14468C"/>
          <w:sz w:val="24"/>
        </w:rPr>
        <w:t xml:space="preserve"> un </w:t>
      </w:r>
      <w:proofErr w:type="spellStart"/>
      <w:r>
        <w:rPr>
          <w:rFonts w:ascii="Arial" w:hAnsi="Arial"/>
          <w:b/>
          <w:color w:val="14468C"/>
          <w:sz w:val="24"/>
        </w:rPr>
        <w:t>organizēšana</w:t>
      </w:r>
      <w:proofErr w:type="spellEnd"/>
    </w:p>
    <w:p w14:paraId="24934351" w14:textId="2428C20B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B41E1E"/>
        </w:rPr>
        <w:t xml:space="preserve">✗ </w:t>
      </w:r>
      <w:proofErr w:type="spellStart"/>
      <w:r w:rsidR="00A22448">
        <w:rPr>
          <w:rFonts w:ascii="Arial" w:hAnsi="Arial"/>
        </w:rPr>
        <w:t>Mēs</w:t>
      </w:r>
      <w:proofErr w:type="spellEnd"/>
      <w:r w:rsidR="00A22448">
        <w:rPr>
          <w:rFonts w:ascii="Arial" w:hAnsi="Arial"/>
        </w:rPr>
        <w:t xml:space="preserve"> </w:t>
      </w:r>
      <w:proofErr w:type="spellStart"/>
      <w:r w:rsidR="00A22448">
        <w:rPr>
          <w:rFonts w:ascii="Arial" w:hAnsi="Arial"/>
        </w:rPr>
        <w:t>n</w:t>
      </w:r>
      <w:r>
        <w:rPr>
          <w:rFonts w:ascii="Arial" w:hAnsi="Arial"/>
        </w:rPr>
        <w:t>erezervējam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lidojumus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klienta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vārdā</w:t>
      </w:r>
      <w:proofErr w:type="spellEnd"/>
      <w:r w:rsidR="00A22448">
        <w:rPr>
          <w:rFonts w:ascii="Arial" w:hAnsi="Arial"/>
        </w:rPr>
        <w:t>.</w:t>
      </w:r>
    </w:p>
    <w:p w14:paraId="408A3A31" w14:textId="4AA8D9FE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B41E1E"/>
        </w:rPr>
        <w:t xml:space="preserve">✗ </w:t>
      </w:r>
      <w:proofErr w:type="spellStart"/>
      <w:r>
        <w:rPr>
          <w:rFonts w:ascii="Arial" w:hAnsi="Arial"/>
        </w:rPr>
        <w:t>Neveicam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viesnīcu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rezervācijas</w:t>
      </w:r>
      <w:proofErr w:type="spellEnd"/>
      <w:r w:rsidR="00A22448">
        <w:rPr>
          <w:rFonts w:ascii="Arial" w:hAnsi="Arial"/>
        </w:rPr>
        <w:t xml:space="preserve">, </w:t>
      </w:r>
      <w:proofErr w:type="spellStart"/>
      <w:r w:rsidR="00A22448">
        <w:rPr>
          <w:rFonts w:ascii="Arial" w:hAnsi="Arial"/>
        </w:rPr>
        <w:t>tikai</w:t>
      </w:r>
      <w:proofErr w:type="spellEnd"/>
      <w:r w:rsidR="00A22448">
        <w:rPr>
          <w:rFonts w:ascii="Arial" w:hAnsi="Arial"/>
        </w:rPr>
        <w:t xml:space="preserve"> </w:t>
      </w:r>
      <w:proofErr w:type="spellStart"/>
      <w:r w:rsidR="00A22448">
        <w:rPr>
          <w:rFonts w:ascii="Arial" w:hAnsi="Arial"/>
        </w:rPr>
        <w:t>dodam</w:t>
      </w:r>
      <w:proofErr w:type="spellEnd"/>
      <w:r w:rsidR="00A22448">
        <w:rPr>
          <w:rFonts w:ascii="Arial" w:hAnsi="Arial"/>
        </w:rPr>
        <w:t xml:space="preserve"> </w:t>
      </w:r>
      <w:proofErr w:type="spellStart"/>
      <w:r w:rsidR="00A22448">
        <w:rPr>
          <w:rFonts w:ascii="Arial" w:hAnsi="Arial"/>
        </w:rPr>
        <w:t>saites</w:t>
      </w:r>
      <w:proofErr w:type="spellEnd"/>
      <w:r w:rsidR="00A22448">
        <w:rPr>
          <w:rFonts w:ascii="Arial" w:hAnsi="Arial"/>
        </w:rPr>
        <w:t xml:space="preserve"> un </w:t>
      </w:r>
      <w:proofErr w:type="spellStart"/>
      <w:r w:rsidR="00A22448">
        <w:rPr>
          <w:rFonts w:ascii="Arial" w:hAnsi="Arial"/>
        </w:rPr>
        <w:t>piedāvājumus</w:t>
      </w:r>
      <w:proofErr w:type="spellEnd"/>
      <w:r w:rsidR="00A22448">
        <w:rPr>
          <w:rFonts w:ascii="Arial" w:hAnsi="Arial"/>
        </w:rPr>
        <w:t>.</w:t>
      </w:r>
    </w:p>
    <w:p w14:paraId="11E73362" w14:textId="400C4C80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B41E1E"/>
        </w:rPr>
        <w:t xml:space="preserve">✗ </w:t>
      </w:r>
      <w:proofErr w:type="spellStart"/>
      <w:r>
        <w:rPr>
          <w:rFonts w:ascii="Arial" w:hAnsi="Arial"/>
        </w:rPr>
        <w:t>Nepārdodam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ceļojumu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paketes</w:t>
      </w:r>
      <w:proofErr w:type="spellEnd"/>
      <w:r w:rsidR="00A22448">
        <w:rPr>
          <w:rFonts w:ascii="Arial" w:hAnsi="Arial"/>
        </w:rPr>
        <w:t xml:space="preserve"> -</w:t>
      </w:r>
      <w:r>
        <w:rPr>
          <w:rFonts w:ascii="Arial" w:hAnsi="Arial"/>
        </w:rPr>
        <w:t xml:space="preserve"> mums nav </w:t>
      </w:r>
      <w:proofErr w:type="spellStart"/>
      <w:r>
        <w:rPr>
          <w:rFonts w:ascii="Arial" w:hAnsi="Arial"/>
        </w:rPr>
        <w:t>tūroperatora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licences</w:t>
      </w:r>
      <w:proofErr w:type="spellEnd"/>
      <w:r w:rsidR="00A22448">
        <w:rPr>
          <w:rFonts w:ascii="Arial" w:hAnsi="Arial"/>
        </w:rPr>
        <w:t>.</w:t>
      </w:r>
    </w:p>
    <w:p w14:paraId="5304FA5D" w14:textId="63256838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B41E1E"/>
        </w:rPr>
        <w:t xml:space="preserve">✗ </w:t>
      </w:r>
      <w:proofErr w:type="spellStart"/>
      <w:r>
        <w:rPr>
          <w:rFonts w:ascii="Arial" w:hAnsi="Arial"/>
        </w:rPr>
        <w:t>Nerezervējam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ekskursijas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aktivitātes</w:t>
      </w:r>
      <w:proofErr w:type="spellEnd"/>
      <w:r w:rsidR="00A22448">
        <w:rPr>
          <w:rFonts w:ascii="Arial" w:hAnsi="Arial"/>
        </w:rPr>
        <w:t xml:space="preserve"> –</w:t>
      </w:r>
      <w:r>
        <w:rPr>
          <w:rFonts w:ascii="Arial" w:hAnsi="Arial"/>
        </w:rPr>
        <w:t xml:space="preserve"> </w:t>
      </w:r>
      <w:proofErr w:type="spellStart"/>
      <w:r w:rsidR="00A22448">
        <w:rPr>
          <w:rFonts w:ascii="Arial" w:hAnsi="Arial"/>
        </w:rPr>
        <w:t>dodam</w:t>
      </w:r>
      <w:proofErr w:type="spellEnd"/>
      <w:r w:rsidR="00A22448">
        <w:rPr>
          <w:rFonts w:ascii="Arial" w:hAnsi="Arial"/>
        </w:rPr>
        <w:t xml:space="preserve"> </w:t>
      </w:r>
      <w:proofErr w:type="spellStart"/>
      <w:r w:rsidR="00A22448">
        <w:rPr>
          <w:rFonts w:ascii="Arial" w:hAnsi="Arial"/>
        </w:rPr>
        <w:t>saites</w:t>
      </w:r>
      <w:proofErr w:type="spellEnd"/>
      <w:r w:rsidR="00A22448">
        <w:rPr>
          <w:rFonts w:ascii="Arial" w:hAnsi="Arial"/>
        </w:rPr>
        <w:t xml:space="preserve"> un </w:t>
      </w:r>
      <w:proofErr w:type="spellStart"/>
      <w:r w:rsidR="00A22448">
        <w:rPr>
          <w:rFonts w:ascii="Arial" w:hAnsi="Arial"/>
        </w:rPr>
        <w:t>piedāvājumus</w:t>
      </w:r>
      <w:proofErr w:type="spellEnd"/>
      <w:r>
        <w:rPr>
          <w:rFonts w:ascii="Arial" w:hAnsi="Arial"/>
        </w:rPr>
        <w:t xml:space="preserve">, bet </w:t>
      </w:r>
      <w:proofErr w:type="spellStart"/>
      <w:r w:rsidR="00A22448">
        <w:rPr>
          <w:rFonts w:ascii="Arial" w:hAnsi="Arial"/>
        </w:rPr>
        <w:t>klients</w:t>
      </w:r>
      <w:proofErr w:type="spellEnd"/>
      <w:r w:rsidR="00A22448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rezervē</w:t>
      </w:r>
      <w:proofErr w:type="spellEnd"/>
      <w:r>
        <w:rPr>
          <w:rFonts w:ascii="Arial" w:hAnsi="Arial"/>
        </w:rPr>
        <w:t xml:space="preserve"> pats</w:t>
      </w:r>
      <w:r w:rsidR="00A22448">
        <w:rPr>
          <w:rFonts w:ascii="Arial" w:hAnsi="Arial"/>
        </w:rPr>
        <w:t>.</w:t>
      </w:r>
    </w:p>
    <w:p w14:paraId="0105B1CF" w14:textId="7458CB80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B41E1E"/>
        </w:rPr>
        <w:lastRenderedPageBreak/>
        <w:t xml:space="preserve">✗ </w:t>
      </w:r>
      <w:proofErr w:type="spellStart"/>
      <w:r>
        <w:rPr>
          <w:rFonts w:ascii="Arial" w:hAnsi="Arial"/>
        </w:rPr>
        <w:t>Nevaram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garantēt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konkrētas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cenas</w:t>
      </w:r>
      <w:proofErr w:type="spellEnd"/>
      <w:r w:rsidR="00A22448">
        <w:rPr>
          <w:rFonts w:ascii="Arial" w:hAnsi="Arial"/>
        </w:rPr>
        <w:t xml:space="preserve"> - </w:t>
      </w:r>
      <w:proofErr w:type="spellStart"/>
      <w:r>
        <w:rPr>
          <w:rFonts w:ascii="Arial" w:hAnsi="Arial"/>
        </w:rPr>
        <w:t>mūsu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plānā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norādītās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orientējošas</w:t>
      </w:r>
      <w:proofErr w:type="spellEnd"/>
      <w:r w:rsidR="00A22448">
        <w:rPr>
          <w:rFonts w:ascii="Arial" w:hAnsi="Arial"/>
        </w:rPr>
        <w:t xml:space="preserve"> no </w:t>
      </w:r>
      <w:proofErr w:type="spellStart"/>
      <w:r w:rsidR="00A22448">
        <w:rPr>
          <w:rFonts w:ascii="Arial" w:hAnsi="Arial"/>
        </w:rPr>
        <w:t>interneta</w:t>
      </w:r>
      <w:proofErr w:type="spellEnd"/>
      <w:r w:rsidR="00A22448">
        <w:rPr>
          <w:rFonts w:ascii="Arial" w:hAnsi="Arial"/>
        </w:rPr>
        <w:t xml:space="preserve"> </w:t>
      </w:r>
      <w:proofErr w:type="spellStart"/>
      <w:r w:rsidR="00A22448">
        <w:rPr>
          <w:rFonts w:ascii="Arial" w:hAnsi="Arial"/>
        </w:rPr>
        <w:t>avotiem</w:t>
      </w:r>
      <w:proofErr w:type="spellEnd"/>
      <w:r w:rsidR="00A22448">
        <w:rPr>
          <w:rFonts w:ascii="Arial" w:hAnsi="Arial"/>
        </w:rPr>
        <w:t>.</w:t>
      </w:r>
    </w:p>
    <w:p w14:paraId="5282F484" w14:textId="0D83D7E7" w:rsidR="002928F8" w:rsidRDefault="00000000">
      <w:pPr>
        <w:spacing w:before="240" w:after="80"/>
      </w:pPr>
      <w:r>
        <w:rPr>
          <w:rFonts w:ascii="Arial" w:hAnsi="Arial"/>
          <w:b/>
          <w:color w:val="14468C"/>
          <w:sz w:val="24"/>
        </w:rPr>
        <w:t xml:space="preserve">🚫 </w:t>
      </w:r>
      <w:proofErr w:type="spellStart"/>
      <w:r>
        <w:rPr>
          <w:rFonts w:ascii="Arial" w:hAnsi="Arial"/>
          <w:b/>
          <w:color w:val="14468C"/>
          <w:sz w:val="24"/>
        </w:rPr>
        <w:t>Reāllaika</w:t>
      </w:r>
      <w:proofErr w:type="spellEnd"/>
      <w:r>
        <w:rPr>
          <w:rFonts w:ascii="Arial" w:hAnsi="Arial"/>
          <w:b/>
          <w:color w:val="14468C"/>
          <w:sz w:val="24"/>
        </w:rPr>
        <w:t xml:space="preserve"> </w:t>
      </w:r>
      <w:proofErr w:type="spellStart"/>
      <w:r>
        <w:rPr>
          <w:rFonts w:ascii="Arial" w:hAnsi="Arial"/>
          <w:b/>
          <w:color w:val="14468C"/>
          <w:sz w:val="24"/>
        </w:rPr>
        <w:t>informācija</w:t>
      </w:r>
      <w:proofErr w:type="spellEnd"/>
    </w:p>
    <w:p w14:paraId="04EB4D24" w14:textId="262C870C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B41E1E"/>
        </w:rPr>
        <w:t xml:space="preserve">✗ </w:t>
      </w:r>
      <w:proofErr w:type="spellStart"/>
      <w:r>
        <w:rPr>
          <w:rFonts w:ascii="Arial" w:hAnsi="Arial"/>
        </w:rPr>
        <w:t>Nevaram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nodrošināt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reāllaika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viesnīcu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pieejamību</w:t>
      </w:r>
      <w:proofErr w:type="spellEnd"/>
      <w:r w:rsidR="00A22448">
        <w:rPr>
          <w:rFonts w:ascii="Arial" w:hAnsi="Arial"/>
        </w:rPr>
        <w:t xml:space="preserve"> - </w:t>
      </w:r>
      <w:proofErr w:type="spellStart"/>
      <w:r>
        <w:rPr>
          <w:rFonts w:ascii="Arial" w:hAnsi="Arial"/>
        </w:rPr>
        <w:t>mūsu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ieteikumi</w:t>
      </w:r>
      <w:proofErr w:type="spellEnd"/>
      <w:r>
        <w:rPr>
          <w:rFonts w:ascii="Arial" w:hAnsi="Arial"/>
        </w:rPr>
        <w:t xml:space="preserve"> </w:t>
      </w:r>
      <w:proofErr w:type="spellStart"/>
      <w:r w:rsidR="00A22448">
        <w:rPr>
          <w:rFonts w:ascii="Arial" w:hAnsi="Arial"/>
        </w:rPr>
        <w:t>ir</w:t>
      </w:r>
      <w:proofErr w:type="spellEnd"/>
      <w:r w:rsidR="00A22448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balstīti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vēsturiskajiem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datiem</w:t>
      </w:r>
      <w:proofErr w:type="spellEnd"/>
      <w:r w:rsidR="00A22448">
        <w:rPr>
          <w:rFonts w:ascii="Arial" w:hAnsi="Arial"/>
        </w:rPr>
        <w:t>.</w:t>
      </w:r>
    </w:p>
    <w:p w14:paraId="51FB0D35" w14:textId="5FBE51C8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B41E1E"/>
        </w:rPr>
        <w:t xml:space="preserve">✗ </w:t>
      </w:r>
      <w:proofErr w:type="spellStart"/>
      <w:r>
        <w:rPr>
          <w:rFonts w:ascii="Arial" w:hAnsi="Arial"/>
        </w:rPr>
        <w:t>Nevaram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garantēt</w:t>
      </w:r>
      <w:proofErr w:type="spellEnd"/>
      <w:r w:rsidR="00A22448">
        <w:rPr>
          <w:rFonts w:ascii="Arial" w:hAnsi="Arial"/>
        </w:rPr>
        <w:t xml:space="preserve">, </w:t>
      </w:r>
      <w:r>
        <w:rPr>
          <w:rFonts w:ascii="Arial" w:hAnsi="Arial"/>
        </w:rPr>
        <w:t xml:space="preserve">ka </w:t>
      </w:r>
      <w:proofErr w:type="spellStart"/>
      <w:r>
        <w:rPr>
          <w:rFonts w:ascii="Arial" w:hAnsi="Arial"/>
        </w:rPr>
        <w:t>konkrēts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restorāns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muzejs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vieta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joprojām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darbojas</w:t>
      </w:r>
      <w:proofErr w:type="spellEnd"/>
      <w:r w:rsidR="00A22448">
        <w:rPr>
          <w:rFonts w:ascii="Arial" w:hAnsi="Arial"/>
        </w:rPr>
        <w:t xml:space="preserve"> -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vienmēr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pārbaudi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pirms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ierašanās</w:t>
      </w:r>
      <w:proofErr w:type="spellEnd"/>
      <w:r w:rsidR="00A22448">
        <w:rPr>
          <w:rFonts w:ascii="Arial" w:hAnsi="Arial"/>
        </w:rPr>
        <w:t>.</w:t>
      </w:r>
    </w:p>
    <w:p w14:paraId="27368DC3" w14:textId="4BD28526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B41E1E"/>
        </w:rPr>
        <w:t xml:space="preserve">✗ </w:t>
      </w:r>
      <w:proofErr w:type="spellStart"/>
      <w:r>
        <w:rPr>
          <w:rFonts w:ascii="Arial" w:hAnsi="Arial"/>
        </w:rPr>
        <w:t>Nevaram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nodrošināt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aktuāl</w:t>
      </w:r>
      <w:r w:rsidR="00A22448">
        <w:rPr>
          <w:rFonts w:ascii="Arial" w:hAnsi="Arial"/>
        </w:rPr>
        <w:t>ā</w:t>
      </w:r>
      <w:r>
        <w:rPr>
          <w:rFonts w:ascii="Arial" w:hAnsi="Arial"/>
        </w:rPr>
        <w:t>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lidojumu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cenas</w:t>
      </w:r>
      <w:proofErr w:type="spellEnd"/>
      <w:r>
        <w:rPr>
          <w:rFonts w:ascii="Arial" w:hAnsi="Arial"/>
        </w:rPr>
        <w:t xml:space="preserve"> </w:t>
      </w:r>
      <w:r w:rsidR="00A22448">
        <w:rPr>
          <w:rFonts w:ascii="Arial" w:hAnsi="Arial"/>
        </w:rPr>
        <w:t xml:space="preserve">- </w:t>
      </w:r>
      <w:proofErr w:type="spellStart"/>
      <w:r>
        <w:rPr>
          <w:rFonts w:ascii="Arial" w:hAnsi="Arial"/>
        </w:rPr>
        <w:t>tās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mainās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minūti</w:t>
      </w:r>
      <w:proofErr w:type="spellEnd"/>
      <w:r w:rsidR="00A22448">
        <w:rPr>
          <w:rFonts w:ascii="Arial" w:hAnsi="Arial"/>
        </w:rPr>
        <w:t>.</w:t>
      </w:r>
    </w:p>
    <w:p w14:paraId="72E92DB4" w14:textId="686FE058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B41E1E"/>
        </w:rPr>
        <w:t xml:space="preserve">✗ </w:t>
      </w:r>
      <w:proofErr w:type="spellStart"/>
      <w:r>
        <w:rPr>
          <w:rFonts w:ascii="Arial" w:hAnsi="Arial"/>
        </w:rPr>
        <w:t>Nevaram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zināt</w:t>
      </w:r>
      <w:proofErr w:type="spellEnd"/>
      <w:r>
        <w:rPr>
          <w:rFonts w:ascii="Arial" w:hAnsi="Arial"/>
        </w:rPr>
        <w:t xml:space="preserve"> par </w:t>
      </w:r>
      <w:proofErr w:type="spellStart"/>
      <w:r>
        <w:rPr>
          <w:rFonts w:ascii="Arial" w:hAnsi="Arial"/>
        </w:rPr>
        <w:t>pēdējā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brīža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izmaiņām</w:t>
      </w:r>
      <w:proofErr w:type="spellEnd"/>
      <w:r>
        <w:rPr>
          <w:rFonts w:ascii="Arial" w:hAnsi="Arial"/>
        </w:rPr>
        <w:t xml:space="preserve"> </w:t>
      </w:r>
      <w:r w:rsidR="00A22448">
        <w:rPr>
          <w:rFonts w:ascii="Arial" w:hAnsi="Arial"/>
        </w:rPr>
        <w:t xml:space="preserve">- </w:t>
      </w:r>
      <w:proofErr w:type="spellStart"/>
      <w:r>
        <w:rPr>
          <w:rFonts w:ascii="Arial" w:hAnsi="Arial"/>
        </w:rPr>
        <w:t>slēgtiem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objektiem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streik</w:t>
      </w:r>
      <w:r w:rsidR="00A22448">
        <w:rPr>
          <w:rFonts w:ascii="Arial" w:hAnsi="Arial"/>
        </w:rPr>
        <w:t>iem</w:t>
      </w:r>
      <w:proofErr w:type="spellEnd"/>
      <w:r w:rsidR="00A22448">
        <w:rPr>
          <w:rFonts w:ascii="Arial" w:hAnsi="Arial"/>
        </w:rPr>
        <w:t xml:space="preserve"> </w:t>
      </w:r>
      <w:proofErr w:type="spellStart"/>
      <w:r w:rsidR="00A22448">
        <w:rPr>
          <w:rFonts w:ascii="Arial" w:hAnsi="Arial"/>
        </w:rPr>
        <w:t>u.c.</w:t>
      </w:r>
      <w:proofErr w:type="spellEnd"/>
    </w:p>
    <w:p w14:paraId="768B579C" w14:textId="26FE79C5" w:rsidR="002928F8" w:rsidRDefault="00000000">
      <w:pPr>
        <w:spacing w:before="240" w:after="80"/>
      </w:pPr>
      <w:r>
        <w:rPr>
          <w:rFonts w:ascii="Arial" w:hAnsi="Arial"/>
          <w:b/>
          <w:color w:val="14468C"/>
          <w:sz w:val="24"/>
        </w:rPr>
        <w:t xml:space="preserve">🚫 </w:t>
      </w:r>
      <w:proofErr w:type="spellStart"/>
      <w:r>
        <w:rPr>
          <w:rFonts w:ascii="Arial" w:hAnsi="Arial"/>
          <w:b/>
          <w:color w:val="14468C"/>
          <w:sz w:val="24"/>
        </w:rPr>
        <w:t>Juridiskie</w:t>
      </w:r>
      <w:proofErr w:type="spellEnd"/>
      <w:r>
        <w:rPr>
          <w:rFonts w:ascii="Arial" w:hAnsi="Arial"/>
          <w:b/>
          <w:color w:val="14468C"/>
          <w:sz w:val="24"/>
        </w:rPr>
        <w:t xml:space="preserve"> un </w:t>
      </w:r>
      <w:proofErr w:type="spellStart"/>
      <w:r>
        <w:rPr>
          <w:rFonts w:ascii="Arial" w:hAnsi="Arial"/>
          <w:b/>
          <w:color w:val="14468C"/>
          <w:sz w:val="24"/>
        </w:rPr>
        <w:t>medicīniskie</w:t>
      </w:r>
      <w:proofErr w:type="spellEnd"/>
      <w:r>
        <w:rPr>
          <w:rFonts w:ascii="Arial" w:hAnsi="Arial"/>
          <w:b/>
          <w:color w:val="14468C"/>
          <w:sz w:val="24"/>
        </w:rPr>
        <w:t xml:space="preserve"> </w:t>
      </w:r>
      <w:proofErr w:type="spellStart"/>
      <w:r>
        <w:rPr>
          <w:rFonts w:ascii="Arial" w:hAnsi="Arial"/>
          <w:b/>
          <w:color w:val="14468C"/>
          <w:sz w:val="24"/>
        </w:rPr>
        <w:t>jautājumi</w:t>
      </w:r>
      <w:proofErr w:type="spellEnd"/>
    </w:p>
    <w:p w14:paraId="5AACFA60" w14:textId="1B310804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B41E1E"/>
        </w:rPr>
        <w:t xml:space="preserve">✗ </w:t>
      </w:r>
      <w:proofErr w:type="spellStart"/>
      <w:r>
        <w:rPr>
          <w:rFonts w:ascii="Arial" w:hAnsi="Arial"/>
        </w:rPr>
        <w:t>Neesam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juristi</w:t>
      </w:r>
      <w:proofErr w:type="spellEnd"/>
      <w:r w:rsidR="00A22448">
        <w:rPr>
          <w:rFonts w:ascii="Arial" w:hAnsi="Arial"/>
        </w:rPr>
        <w:t xml:space="preserve"> -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vīzas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informācija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tiek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sniegta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kā</w:t>
      </w:r>
      <w:proofErr w:type="spellEnd"/>
      <w:r>
        <w:rPr>
          <w:rFonts w:ascii="Arial" w:hAnsi="Arial"/>
        </w:rPr>
        <w:t xml:space="preserve"> padoms, nevis juridiska konsultācija. </w:t>
      </w:r>
      <w:proofErr w:type="spellStart"/>
      <w:r>
        <w:rPr>
          <w:rFonts w:ascii="Arial" w:hAnsi="Arial"/>
        </w:rPr>
        <w:t>Vienmēr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pārbaudi</w:t>
      </w:r>
      <w:proofErr w:type="spellEnd"/>
      <w:r w:rsidR="00A22448">
        <w:rPr>
          <w:rFonts w:ascii="Arial" w:hAnsi="Arial"/>
        </w:rPr>
        <w:t xml:space="preserve"> to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oficiālajos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avotos</w:t>
      </w:r>
      <w:proofErr w:type="spellEnd"/>
      <w:r w:rsidR="00A22448">
        <w:rPr>
          <w:rFonts w:ascii="Arial" w:hAnsi="Arial"/>
        </w:rPr>
        <w:t>.</w:t>
      </w:r>
    </w:p>
    <w:p w14:paraId="390E14B6" w14:textId="692B919A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B41E1E"/>
        </w:rPr>
        <w:t xml:space="preserve">✗ </w:t>
      </w:r>
      <w:proofErr w:type="spellStart"/>
      <w:r>
        <w:rPr>
          <w:rFonts w:ascii="Arial" w:hAnsi="Arial"/>
        </w:rPr>
        <w:t>Neesam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mediķi</w:t>
      </w:r>
      <w:proofErr w:type="spellEnd"/>
      <w:r>
        <w:rPr>
          <w:rFonts w:ascii="Arial" w:hAnsi="Arial"/>
        </w:rPr>
        <w:t xml:space="preserve"> </w:t>
      </w:r>
      <w:r w:rsidR="00A22448">
        <w:rPr>
          <w:rFonts w:ascii="Arial" w:hAnsi="Arial"/>
        </w:rPr>
        <w:t xml:space="preserve">- </w:t>
      </w:r>
      <w:proofErr w:type="spellStart"/>
      <w:r>
        <w:rPr>
          <w:rFonts w:ascii="Arial" w:hAnsi="Arial"/>
        </w:rPr>
        <w:t>veselības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padomi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vispārīgi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ieteikumi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nevis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medicīniska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konsultācija</w:t>
      </w:r>
      <w:proofErr w:type="spellEnd"/>
      <w:r w:rsidR="00A22448">
        <w:rPr>
          <w:rFonts w:ascii="Arial" w:hAnsi="Arial"/>
        </w:rPr>
        <w:t>.</w:t>
      </w:r>
    </w:p>
    <w:p w14:paraId="06454CD0" w14:textId="57AEA522" w:rsidR="002928F8" w:rsidRDefault="00000000" w:rsidP="00A22448">
      <w:pPr>
        <w:spacing w:before="40" w:after="80"/>
        <w:ind w:left="397"/>
      </w:pPr>
      <w:r>
        <w:rPr>
          <w:rFonts w:ascii="Arial" w:hAnsi="Arial"/>
          <w:b/>
          <w:color w:val="B41E1E"/>
        </w:rPr>
        <w:t xml:space="preserve">✗ </w:t>
      </w:r>
      <w:proofErr w:type="spellStart"/>
      <w:r>
        <w:rPr>
          <w:rFonts w:ascii="Arial" w:hAnsi="Arial"/>
        </w:rPr>
        <w:t>Nepārdodam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apdrošināšanu</w:t>
      </w:r>
      <w:proofErr w:type="spellEnd"/>
      <w:r w:rsidR="00A22448">
        <w:rPr>
          <w:rFonts w:ascii="Arial" w:hAnsi="Arial"/>
        </w:rPr>
        <w:t>, bet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sniedzam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ieteikumus</w:t>
      </w:r>
      <w:proofErr w:type="spellEnd"/>
      <w:r w:rsidR="00A22448">
        <w:rPr>
          <w:rFonts w:ascii="Arial" w:hAnsi="Arial"/>
        </w:rPr>
        <w:t>.</w:t>
      </w:r>
    </w:p>
    <w:p w14:paraId="2BA08D79" w14:textId="6201E091" w:rsidR="002928F8" w:rsidRDefault="00000000">
      <w:pPr>
        <w:spacing w:before="240" w:after="80"/>
      </w:pPr>
      <w:r>
        <w:rPr>
          <w:rFonts w:ascii="Arial" w:hAnsi="Arial"/>
          <w:b/>
          <w:color w:val="14468C"/>
          <w:sz w:val="24"/>
        </w:rPr>
        <w:t xml:space="preserve">🚫 </w:t>
      </w:r>
      <w:proofErr w:type="spellStart"/>
      <w:r>
        <w:rPr>
          <w:rFonts w:ascii="Arial" w:hAnsi="Arial"/>
          <w:b/>
          <w:color w:val="14468C"/>
          <w:sz w:val="24"/>
        </w:rPr>
        <w:t>Atbildība</w:t>
      </w:r>
      <w:proofErr w:type="spellEnd"/>
    </w:p>
    <w:p w14:paraId="4960207E" w14:textId="0DD16309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B41E1E"/>
        </w:rPr>
        <w:t xml:space="preserve">✗ </w:t>
      </w:r>
      <w:r>
        <w:rPr>
          <w:rFonts w:ascii="Arial" w:hAnsi="Arial"/>
        </w:rPr>
        <w:t xml:space="preserve">Neuzņemamies atbildību par </w:t>
      </w:r>
      <w:proofErr w:type="spellStart"/>
      <w:r>
        <w:rPr>
          <w:rFonts w:ascii="Arial" w:hAnsi="Arial"/>
        </w:rPr>
        <w:t>izmaiņām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destinācijā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pēc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plāna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sagatavošanas</w:t>
      </w:r>
      <w:proofErr w:type="spellEnd"/>
      <w:r>
        <w:rPr>
          <w:rFonts w:ascii="Arial" w:hAnsi="Arial"/>
        </w:rPr>
        <w:t xml:space="preserve"> </w:t>
      </w:r>
      <w:r w:rsidR="00A22448">
        <w:rPr>
          <w:rFonts w:ascii="Arial" w:hAnsi="Arial"/>
        </w:rPr>
        <w:t xml:space="preserve">- </w:t>
      </w:r>
      <w:proofErr w:type="spellStart"/>
      <w:r>
        <w:rPr>
          <w:rFonts w:ascii="Arial" w:hAnsi="Arial"/>
        </w:rPr>
        <w:t>politiskā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situācija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dabas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katastrofas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pandēmija</w:t>
      </w:r>
      <w:proofErr w:type="spellEnd"/>
      <w:r w:rsidR="00A22448">
        <w:rPr>
          <w:rFonts w:ascii="Arial" w:hAnsi="Arial"/>
        </w:rPr>
        <w:t>.</w:t>
      </w:r>
    </w:p>
    <w:p w14:paraId="1D0284AE" w14:textId="73D02A77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B41E1E"/>
        </w:rPr>
        <w:t xml:space="preserve">✗ </w:t>
      </w:r>
      <w:proofErr w:type="spellStart"/>
      <w:r>
        <w:rPr>
          <w:rFonts w:ascii="Arial" w:hAnsi="Arial"/>
        </w:rPr>
        <w:t>Neesam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atbildīgi</w:t>
      </w:r>
      <w:proofErr w:type="spellEnd"/>
      <w:r>
        <w:rPr>
          <w:rFonts w:ascii="Arial" w:hAnsi="Arial"/>
        </w:rPr>
        <w:t xml:space="preserve"> par </w:t>
      </w:r>
      <w:proofErr w:type="spellStart"/>
      <w:r>
        <w:rPr>
          <w:rFonts w:ascii="Arial" w:hAnsi="Arial"/>
        </w:rPr>
        <w:t>zaudējumiem</w:t>
      </w:r>
      <w:proofErr w:type="spellEnd"/>
      <w:r w:rsidR="00A22448">
        <w:rPr>
          <w:rFonts w:ascii="Arial" w:hAnsi="Arial"/>
        </w:rPr>
        <w:t>,</w:t>
      </w:r>
      <w:r>
        <w:rPr>
          <w:rFonts w:ascii="Arial" w:hAnsi="Arial"/>
        </w:rPr>
        <w:t xml:space="preserve"> kas</w:t>
      </w:r>
      <w:r w:rsidR="00A22448">
        <w:rPr>
          <w:rFonts w:ascii="Arial" w:hAnsi="Arial"/>
        </w:rPr>
        <w:t xml:space="preserve"> </w:t>
      </w:r>
      <w:proofErr w:type="spellStart"/>
      <w:r w:rsidR="00A22448">
        <w:rPr>
          <w:rFonts w:ascii="Arial" w:hAnsi="Arial"/>
        </w:rPr>
        <w:t>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radušies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sekojot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mūsu</w:t>
      </w:r>
      <w:proofErr w:type="spellEnd"/>
      <w:r>
        <w:rPr>
          <w:rFonts w:ascii="Arial" w:hAnsi="Arial"/>
        </w:rPr>
        <w:t xml:space="preserve"> ieteikumiem </w:t>
      </w:r>
      <w:r w:rsidR="00A22448">
        <w:rPr>
          <w:rFonts w:ascii="Arial" w:hAnsi="Arial"/>
        </w:rPr>
        <w:t>-</w:t>
      </w:r>
      <w:r>
        <w:rPr>
          <w:rFonts w:ascii="Arial" w:hAnsi="Arial"/>
        </w:rPr>
        <w:t xml:space="preserve"> galīgais lēmums </w:t>
      </w:r>
      <w:proofErr w:type="spellStart"/>
      <w:r>
        <w:rPr>
          <w:rFonts w:ascii="Arial" w:hAnsi="Arial"/>
        </w:rPr>
        <w:t>vienmēr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klienta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atbildība</w:t>
      </w:r>
      <w:proofErr w:type="spellEnd"/>
      <w:r w:rsidR="00A22448">
        <w:rPr>
          <w:rFonts w:ascii="Arial" w:hAnsi="Arial"/>
        </w:rPr>
        <w:t>.</w:t>
      </w:r>
    </w:p>
    <w:p w14:paraId="7C99D237" w14:textId="29411307" w:rsidR="002928F8" w:rsidRDefault="00000000" w:rsidP="000C5519">
      <w:pPr>
        <w:spacing w:before="40" w:after="80"/>
        <w:ind w:left="397"/>
      </w:pPr>
      <w:r>
        <w:rPr>
          <w:rFonts w:ascii="Arial" w:hAnsi="Arial"/>
          <w:b/>
          <w:color w:val="B41E1E"/>
        </w:rPr>
        <w:t xml:space="preserve">✗ </w:t>
      </w:r>
      <w:proofErr w:type="spellStart"/>
      <w:r>
        <w:rPr>
          <w:rFonts w:ascii="Arial" w:hAnsi="Arial"/>
        </w:rPr>
        <w:t>Negarantējam</w:t>
      </w:r>
      <w:proofErr w:type="spellEnd"/>
      <w:r w:rsidR="00A22448">
        <w:rPr>
          <w:rFonts w:ascii="Arial" w:hAnsi="Arial"/>
        </w:rPr>
        <w:t>,</w:t>
      </w:r>
      <w:r>
        <w:rPr>
          <w:rFonts w:ascii="Arial" w:hAnsi="Arial"/>
        </w:rPr>
        <w:t xml:space="preserve"> ka </w:t>
      </w:r>
      <w:proofErr w:type="spellStart"/>
      <w:r>
        <w:rPr>
          <w:rFonts w:ascii="Arial" w:hAnsi="Arial"/>
        </w:rPr>
        <w:t>ceļojums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notiks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tieši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plānots</w:t>
      </w:r>
      <w:proofErr w:type="spellEnd"/>
      <w:r w:rsidR="00A22448">
        <w:rPr>
          <w:rFonts w:ascii="Arial" w:hAnsi="Arial"/>
        </w:rPr>
        <w:t xml:space="preserve"> -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ceļošana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pēc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savas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dabas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dinamisks</w:t>
      </w:r>
      <w:proofErr w:type="spellEnd"/>
      <w:r>
        <w:rPr>
          <w:rFonts w:ascii="Arial" w:hAnsi="Arial"/>
        </w:rPr>
        <w:t xml:space="preserve"> process</w:t>
      </w:r>
      <w:r w:rsidR="00A22448">
        <w:rPr>
          <w:rFonts w:ascii="Arial" w:hAnsi="Arial"/>
        </w:rPr>
        <w:t>.</w:t>
      </w:r>
    </w:p>
    <w:p w14:paraId="34228650" w14:textId="5B65178E" w:rsidR="002928F8" w:rsidRDefault="00000000">
      <w:pPr>
        <w:shd w:val="clear" w:color="auto" w:fill="1A4A7A"/>
        <w:spacing w:before="360" w:after="120"/>
        <w:ind w:left="170"/>
      </w:pPr>
      <w:r>
        <w:rPr>
          <w:rFonts w:ascii="Arial" w:hAnsi="Arial"/>
          <w:b/>
          <w:color w:val="FFFFFF"/>
          <w:sz w:val="28"/>
        </w:rPr>
        <w:t xml:space="preserve">4. 📋 KLIENTA ATBILDĪBA </w:t>
      </w:r>
      <w:r w:rsidR="00FF6ADE">
        <w:rPr>
          <w:rFonts w:ascii="Arial" w:hAnsi="Arial"/>
          <w:b/>
          <w:color w:val="FFFFFF"/>
          <w:sz w:val="28"/>
        </w:rPr>
        <w:t>-</w:t>
      </w:r>
      <w:r>
        <w:rPr>
          <w:rFonts w:ascii="Arial" w:hAnsi="Arial"/>
          <w:b/>
          <w:color w:val="FFFFFF"/>
          <w:sz w:val="28"/>
        </w:rPr>
        <w:t xml:space="preserve"> KO </w:t>
      </w:r>
      <w:r w:rsidR="00FF6ADE">
        <w:rPr>
          <w:rFonts w:ascii="Arial" w:hAnsi="Arial"/>
          <w:b/>
          <w:color w:val="FFFFFF"/>
          <w:sz w:val="28"/>
        </w:rPr>
        <w:t>JUMS IR JĀDARA PAŠIEM</w:t>
      </w:r>
    </w:p>
    <w:p w14:paraId="2B876821" w14:textId="77777777" w:rsidR="002928F8" w:rsidRDefault="00000000">
      <w:pPr>
        <w:spacing w:before="40" w:after="120"/>
      </w:pPr>
      <w:r>
        <w:rPr>
          <w:rFonts w:ascii="Arial" w:hAnsi="Arial"/>
        </w:rPr>
        <w:t>Lai ceļojums noritētu veiksmīgi, klientam ir jāveic šādas darbības patstāvīgi:</w:t>
      </w:r>
    </w:p>
    <w:p w14:paraId="04B29541" w14:textId="77777777" w:rsidR="002928F8" w:rsidRDefault="00000000">
      <w:pPr>
        <w:spacing w:before="160" w:after="60"/>
      </w:pPr>
      <w:r>
        <w:rPr>
          <w:rFonts w:ascii="Arial" w:hAnsi="Arial"/>
          <w:b/>
          <w:color w:val="282828"/>
        </w:rPr>
        <w:t>Pirms ceļojuma</w:t>
      </w:r>
    </w:p>
    <w:p w14:paraId="52149B3B" w14:textId="19385FEE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Pārbaudīt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derīguma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termiņu</w:t>
      </w:r>
      <w:proofErr w:type="spellEnd"/>
      <w:r>
        <w:rPr>
          <w:rFonts w:ascii="Arial" w:hAnsi="Arial"/>
        </w:rPr>
        <w:t xml:space="preserve"> (jābūt derīgai vismaz 6 mēnešus pēc atgriešanās)</w:t>
      </w:r>
      <w:r w:rsidR="00FF6ADE">
        <w:rPr>
          <w:rFonts w:ascii="Arial" w:hAnsi="Arial"/>
        </w:rPr>
        <w:t>.</w:t>
      </w:r>
    </w:p>
    <w:p w14:paraId="7B93FE3F" w14:textId="63A47CB3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Pieteikties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vīzai</w:t>
      </w:r>
      <w:proofErr w:type="spellEnd"/>
      <w:r w:rsidR="00FF6ADE">
        <w:rPr>
          <w:rFonts w:ascii="Arial" w:hAnsi="Arial"/>
        </w:rPr>
        <w:t>,</w:t>
      </w:r>
      <w:r>
        <w:rPr>
          <w:rFonts w:ascii="Arial" w:hAnsi="Arial"/>
        </w:rPr>
        <w:t xml:space="preserve"> ja </w:t>
      </w:r>
      <w:proofErr w:type="spellStart"/>
      <w:r w:rsidR="00FF6ADE">
        <w:rPr>
          <w:rFonts w:ascii="Arial" w:hAnsi="Arial"/>
        </w:rPr>
        <w:t>tas</w:t>
      </w:r>
      <w:proofErr w:type="spellEnd"/>
      <w:r w:rsidR="00FF6ADE">
        <w:rPr>
          <w:rFonts w:ascii="Arial" w:hAnsi="Arial"/>
        </w:rPr>
        <w:t xml:space="preserve"> </w:t>
      </w:r>
      <w:proofErr w:type="spellStart"/>
      <w:r w:rsidR="00FF6ADE">
        <w:rPr>
          <w:rFonts w:ascii="Arial" w:hAnsi="Arial"/>
        </w:rPr>
        <w:t>ir</w:t>
      </w:r>
      <w:proofErr w:type="spellEnd"/>
      <w:r w:rsidR="00FF6ADE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nepieciešams</w:t>
      </w:r>
      <w:proofErr w:type="spellEnd"/>
      <w:r w:rsidR="00FF6ADE">
        <w:rPr>
          <w:rFonts w:ascii="Arial" w:hAnsi="Arial"/>
        </w:rPr>
        <w:t xml:space="preserve"> -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mēs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norādām</w:t>
      </w:r>
      <w:proofErr w:type="spellEnd"/>
      <w:r>
        <w:rPr>
          <w:rFonts w:ascii="Arial" w:hAnsi="Arial"/>
        </w:rPr>
        <w:t xml:space="preserve"> </w:t>
      </w:r>
      <w:proofErr w:type="spellStart"/>
      <w:r w:rsidR="00FF6ADE">
        <w:rPr>
          <w:rFonts w:ascii="Arial" w:hAnsi="Arial"/>
        </w:rPr>
        <w:t>kur</w:t>
      </w:r>
      <w:proofErr w:type="spellEnd"/>
      <w:r w:rsidR="00FF6ADE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pie</w:t>
      </w:r>
      <w:r w:rsidR="00FF6ADE">
        <w:rPr>
          <w:rFonts w:ascii="Arial" w:hAnsi="Arial"/>
        </w:rPr>
        <w:t>teikties</w:t>
      </w:r>
      <w:proofErr w:type="spellEnd"/>
      <w:r w:rsidR="00FF6ADE">
        <w:rPr>
          <w:rFonts w:ascii="Arial" w:hAnsi="Arial"/>
        </w:rPr>
        <w:t xml:space="preserve"> </w:t>
      </w:r>
      <w:proofErr w:type="spellStart"/>
      <w:r w:rsidR="00FF6ADE">
        <w:rPr>
          <w:rFonts w:ascii="Arial" w:hAnsi="Arial"/>
        </w:rPr>
        <w:t>vajag</w:t>
      </w:r>
      <w:proofErr w:type="spellEnd"/>
      <w:r w:rsidR="00FF6ADE">
        <w:rPr>
          <w:rFonts w:ascii="Arial" w:hAnsi="Arial"/>
        </w:rPr>
        <w:t xml:space="preserve"> </w:t>
      </w:r>
      <w:proofErr w:type="spellStart"/>
      <w:r w:rsidR="00FF6ADE">
        <w:rPr>
          <w:rFonts w:ascii="Arial" w:hAnsi="Arial"/>
        </w:rPr>
        <w:t>pašam</w:t>
      </w:r>
      <w:proofErr w:type="spellEnd"/>
      <w:r w:rsidR="00FF6ADE">
        <w:rPr>
          <w:rFonts w:ascii="Arial" w:hAnsi="Arial"/>
        </w:rPr>
        <w:t>.</w:t>
      </w:r>
    </w:p>
    <w:p w14:paraId="778DB297" w14:textId="7B1D35CE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Noslēgt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ceļojumu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apdrošināšanu</w:t>
      </w:r>
      <w:proofErr w:type="spellEnd"/>
      <w:r w:rsidR="00FF6ADE">
        <w:rPr>
          <w:rFonts w:ascii="Arial" w:hAnsi="Arial"/>
        </w:rPr>
        <w:t>.</w:t>
      </w:r>
    </w:p>
    <w:p w14:paraId="120946DD" w14:textId="66F775E1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Rezervēt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lidojumus</w:t>
      </w:r>
      <w:proofErr w:type="spellEnd"/>
      <w:r>
        <w:rPr>
          <w:rFonts w:ascii="Arial" w:hAnsi="Arial"/>
        </w:rPr>
        <w:t xml:space="preserve"> un </w:t>
      </w:r>
      <w:proofErr w:type="spellStart"/>
      <w:r>
        <w:rPr>
          <w:rFonts w:ascii="Arial" w:hAnsi="Arial"/>
        </w:rPr>
        <w:t>naktsmītnes</w:t>
      </w:r>
      <w:proofErr w:type="spellEnd"/>
      <w:r w:rsidR="00FF6ADE">
        <w:rPr>
          <w:rFonts w:ascii="Arial" w:hAnsi="Arial"/>
        </w:rPr>
        <w:t xml:space="preserve"> -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mēs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dodam</w:t>
      </w:r>
      <w:proofErr w:type="spellEnd"/>
      <w:r w:rsidR="00FF6ADE">
        <w:rPr>
          <w:rFonts w:ascii="Arial" w:hAnsi="Arial"/>
        </w:rPr>
        <w:t xml:space="preserve"> </w:t>
      </w:r>
      <w:proofErr w:type="spellStart"/>
      <w:r w:rsidR="00FF6ADE">
        <w:rPr>
          <w:rFonts w:ascii="Arial" w:hAnsi="Arial"/>
        </w:rPr>
        <w:t>tikai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saites</w:t>
      </w:r>
      <w:proofErr w:type="spellEnd"/>
      <w:r>
        <w:rPr>
          <w:rFonts w:ascii="Arial" w:hAnsi="Arial"/>
        </w:rPr>
        <w:t xml:space="preserve"> un </w:t>
      </w:r>
      <w:proofErr w:type="spellStart"/>
      <w:r>
        <w:rPr>
          <w:rFonts w:ascii="Arial" w:hAnsi="Arial"/>
        </w:rPr>
        <w:t>ieteikumus</w:t>
      </w:r>
      <w:proofErr w:type="spellEnd"/>
      <w:r w:rsidR="00FF6ADE">
        <w:rPr>
          <w:rFonts w:ascii="Arial" w:hAnsi="Arial"/>
        </w:rPr>
        <w:t>.</w:t>
      </w:r>
    </w:p>
    <w:p w14:paraId="075744A6" w14:textId="3CF37A38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Iegūt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nepieciešamās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vakcinācijas</w:t>
      </w:r>
      <w:proofErr w:type="spellEnd"/>
      <w:r w:rsidR="00FF6ADE">
        <w:rPr>
          <w:rFonts w:ascii="Arial" w:hAnsi="Arial"/>
        </w:rPr>
        <w:t xml:space="preserve">, </w:t>
      </w:r>
      <w:r>
        <w:rPr>
          <w:rFonts w:ascii="Arial" w:hAnsi="Arial"/>
        </w:rPr>
        <w:t xml:space="preserve">ja </w:t>
      </w:r>
      <w:proofErr w:type="spellStart"/>
      <w:r>
        <w:rPr>
          <w:rFonts w:ascii="Arial" w:hAnsi="Arial"/>
        </w:rPr>
        <w:t>valsts</w:t>
      </w:r>
      <w:proofErr w:type="spellEnd"/>
      <w:r>
        <w:rPr>
          <w:rFonts w:ascii="Arial" w:hAnsi="Arial"/>
        </w:rPr>
        <w:t xml:space="preserve"> to </w:t>
      </w:r>
      <w:proofErr w:type="spellStart"/>
      <w:r>
        <w:rPr>
          <w:rFonts w:ascii="Arial" w:hAnsi="Arial"/>
        </w:rPr>
        <w:t>prasa</w:t>
      </w:r>
      <w:proofErr w:type="spellEnd"/>
      <w:r w:rsidR="00FF6ADE">
        <w:rPr>
          <w:rFonts w:ascii="Arial" w:hAnsi="Arial"/>
        </w:rPr>
        <w:t>.</w:t>
      </w:r>
    </w:p>
    <w:p w14:paraId="39F1496E" w14:textId="77777777" w:rsidR="002928F8" w:rsidRDefault="00000000">
      <w:pPr>
        <w:spacing w:before="160" w:after="60"/>
      </w:pPr>
      <w:r>
        <w:rPr>
          <w:rFonts w:ascii="Arial" w:hAnsi="Arial"/>
          <w:b/>
          <w:color w:val="282828"/>
        </w:rPr>
        <w:t>Ceļojuma laikā</w:t>
      </w:r>
    </w:p>
    <w:p w14:paraId="6689AA7F" w14:textId="6E5B3B01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Pārbaudīt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restorānu</w:t>
      </w:r>
      <w:proofErr w:type="spellEnd"/>
      <w:r>
        <w:rPr>
          <w:rFonts w:ascii="Arial" w:hAnsi="Arial"/>
        </w:rPr>
        <w:t xml:space="preserve"> un </w:t>
      </w:r>
      <w:proofErr w:type="spellStart"/>
      <w:r>
        <w:rPr>
          <w:rFonts w:ascii="Arial" w:hAnsi="Arial"/>
        </w:rPr>
        <w:t>objektu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darba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laiku</w:t>
      </w:r>
      <w:proofErr w:type="spellEnd"/>
      <w:r w:rsidR="00FF6ADE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pirms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ierašanās</w:t>
      </w:r>
      <w:proofErr w:type="spellEnd"/>
      <w:r w:rsidR="00FF6ADE">
        <w:rPr>
          <w:rFonts w:ascii="Arial" w:hAnsi="Arial"/>
        </w:rPr>
        <w:t>.</w:t>
      </w:r>
    </w:p>
    <w:p w14:paraId="6B7272FE" w14:textId="4B1CC1BB" w:rsidR="002928F8" w:rsidRDefault="00000000" w:rsidP="000C5519">
      <w:pPr>
        <w:spacing w:before="40" w:after="80"/>
        <w:ind w:left="397"/>
      </w:pPr>
      <w:r>
        <w:rPr>
          <w:rFonts w:ascii="Arial" w:hAnsi="Arial"/>
          <w:b/>
          <w:color w:val="1A468C"/>
        </w:rPr>
        <w:lastRenderedPageBreak/>
        <w:t xml:space="preserve">✓ </w:t>
      </w:r>
      <w:proofErr w:type="spellStart"/>
      <w:r>
        <w:rPr>
          <w:rFonts w:ascii="Arial" w:hAnsi="Arial"/>
        </w:rPr>
        <w:t>Saglabāt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apdrošinātāja</w:t>
      </w:r>
      <w:proofErr w:type="spellEnd"/>
      <w:r>
        <w:rPr>
          <w:rFonts w:ascii="Arial" w:hAnsi="Arial"/>
        </w:rPr>
        <w:t xml:space="preserve"> </w:t>
      </w:r>
      <w:proofErr w:type="spellStart"/>
      <w:r w:rsidR="00FF6ADE">
        <w:rPr>
          <w:rFonts w:ascii="Arial" w:hAnsi="Arial"/>
        </w:rPr>
        <w:t>kontaktus</w:t>
      </w:r>
      <w:proofErr w:type="spellEnd"/>
      <w:r w:rsidR="00FF6ADE">
        <w:rPr>
          <w:rFonts w:ascii="Arial" w:hAnsi="Arial"/>
        </w:rPr>
        <w:t>.</w:t>
      </w:r>
    </w:p>
    <w:p w14:paraId="20B25E61" w14:textId="4BF6D176" w:rsidR="002928F8" w:rsidRDefault="00000000">
      <w:pPr>
        <w:shd w:val="clear" w:color="auto" w:fill="1A4A7A"/>
        <w:spacing w:before="360" w:after="120"/>
        <w:ind w:left="170"/>
      </w:pPr>
      <w:r>
        <w:rPr>
          <w:rFonts w:ascii="Arial" w:hAnsi="Arial"/>
          <w:b/>
          <w:color w:val="FFFFFF"/>
          <w:sz w:val="28"/>
        </w:rPr>
        <w:t>5. 💼 MŪSU PAKALPOJUMU VARIANTI</w:t>
      </w:r>
    </w:p>
    <w:p w14:paraId="75DB7C7D" w14:textId="752BF823" w:rsidR="002928F8" w:rsidRDefault="00000000">
      <w:pPr>
        <w:spacing w:before="240" w:after="80"/>
      </w:pPr>
      <w:r>
        <w:rPr>
          <w:rFonts w:ascii="Arial" w:hAnsi="Arial"/>
          <w:b/>
          <w:color w:val="14468C"/>
          <w:sz w:val="24"/>
        </w:rPr>
        <w:t xml:space="preserve">📄 Variants 1 </w:t>
      </w:r>
      <w:r w:rsidR="00F4495B">
        <w:rPr>
          <w:rFonts w:ascii="Arial" w:hAnsi="Arial"/>
          <w:b/>
          <w:color w:val="14468C"/>
          <w:sz w:val="24"/>
        </w:rPr>
        <w:t>-</w:t>
      </w:r>
      <w:r>
        <w:rPr>
          <w:rFonts w:ascii="Arial" w:hAnsi="Arial"/>
          <w:b/>
          <w:color w:val="14468C"/>
          <w:sz w:val="24"/>
        </w:rPr>
        <w:t xml:space="preserve"> </w:t>
      </w:r>
      <w:proofErr w:type="spellStart"/>
      <w:r>
        <w:rPr>
          <w:rFonts w:ascii="Arial" w:hAnsi="Arial"/>
          <w:b/>
          <w:color w:val="14468C"/>
          <w:sz w:val="24"/>
        </w:rPr>
        <w:t>Personalizēts</w:t>
      </w:r>
      <w:proofErr w:type="spellEnd"/>
      <w:r>
        <w:rPr>
          <w:rFonts w:ascii="Arial" w:hAnsi="Arial"/>
          <w:b/>
          <w:color w:val="14468C"/>
          <w:sz w:val="24"/>
        </w:rPr>
        <w:t xml:space="preserve"> </w:t>
      </w:r>
      <w:proofErr w:type="spellStart"/>
      <w:r>
        <w:rPr>
          <w:rFonts w:ascii="Arial" w:hAnsi="Arial"/>
          <w:b/>
          <w:color w:val="14468C"/>
          <w:sz w:val="24"/>
        </w:rPr>
        <w:t>maršruts</w:t>
      </w:r>
      <w:proofErr w:type="spellEnd"/>
      <w:r>
        <w:rPr>
          <w:rFonts w:ascii="Arial" w:hAnsi="Arial"/>
          <w:b/>
          <w:color w:val="14468C"/>
          <w:sz w:val="24"/>
        </w:rPr>
        <w:t xml:space="preserve">   €3</w:t>
      </w:r>
      <w:r w:rsidR="00C20397">
        <w:rPr>
          <w:rFonts w:ascii="Arial" w:hAnsi="Arial"/>
          <w:b/>
          <w:color w:val="14468C"/>
          <w:sz w:val="24"/>
        </w:rPr>
        <w:t>5</w:t>
      </w:r>
    </w:p>
    <w:p w14:paraId="400BE190" w14:textId="77777777" w:rsidR="00F4495B" w:rsidRDefault="00000000">
      <w:pPr>
        <w:spacing w:before="40" w:after="120"/>
        <w:rPr>
          <w:rFonts w:ascii="Arial" w:hAnsi="Arial"/>
        </w:rPr>
      </w:pPr>
      <w:proofErr w:type="spellStart"/>
      <w:r>
        <w:rPr>
          <w:rFonts w:ascii="Arial" w:hAnsi="Arial"/>
        </w:rPr>
        <w:t>Aizpild</w:t>
      </w:r>
      <w:r w:rsidR="00F4495B">
        <w:rPr>
          <w:rFonts w:ascii="Arial" w:hAnsi="Arial"/>
        </w:rPr>
        <w:t>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anketu</w:t>
      </w:r>
      <w:proofErr w:type="spellEnd"/>
      <w:r>
        <w:rPr>
          <w:rFonts w:ascii="Arial" w:hAnsi="Arial"/>
        </w:rPr>
        <w:t xml:space="preserve"> par </w:t>
      </w:r>
      <w:proofErr w:type="spellStart"/>
      <w:r>
        <w:rPr>
          <w:rFonts w:ascii="Arial" w:hAnsi="Arial"/>
        </w:rPr>
        <w:t>savu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ceļojumu</w:t>
      </w:r>
      <w:proofErr w:type="spellEnd"/>
      <w:r>
        <w:rPr>
          <w:rFonts w:ascii="Arial" w:hAnsi="Arial"/>
        </w:rPr>
        <w:t xml:space="preserve"> un </w:t>
      </w:r>
      <w:r w:rsidR="00F4495B">
        <w:rPr>
          <w:rFonts w:ascii="Arial" w:hAnsi="Arial"/>
        </w:rPr>
        <w:t>48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stundu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laikā</w:t>
      </w:r>
      <w:proofErr w:type="spellEnd"/>
      <w:r>
        <w:rPr>
          <w:rFonts w:ascii="Arial" w:hAnsi="Arial"/>
        </w:rPr>
        <w:t xml:space="preserve"> e-</w:t>
      </w:r>
      <w:proofErr w:type="spellStart"/>
      <w:r>
        <w:rPr>
          <w:rFonts w:ascii="Arial" w:hAnsi="Arial"/>
        </w:rPr>
        <w:t>pastā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saņem</w:t>
      </w:r>
      <w:r w:rsidR="00F4495B">
        <w:rPr>
          <w:rFonts w:ascii="Arial" w:hAnsi="Arial"/>
        </w:rPr>
        <w:t>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pilnu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maršrutu</w:t>
      </w:r>
      <w:proofErr w:type="spellEnd"/>
      <w:r>
        <w:rPr>
          <w:rFonts w:ascii="Arial" w:hAnsi="Arial"/>
        </w:rPr>
        <w:t xml:space="preserve"> tiešsaistes lapas </w:t>
      </w:r>
      <w:proofErr w:type="spellStart"/>
      <w:r>
        <w:rPr>
          <w:rFonts w:ascii="Arial" w:hAnsi="Arial"/>
        </w:rPr>
        <w:t>formātā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Visaptverošs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maršruts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viesnīcu</w:t>
      </w:r>
      <w:proofErr w:type="spellEnd"/>
      <w:r>
        <w:rPr>
          <w:rFonts w:ascii="Arial" w:hAnsi="Arial"/>
        </w:rPr>
        <w:t xml:space="preserve"> un lidojumu ieteikumiem, detalizētu budžeta sadalījumu, </w:t>
      </w:r>
      <w:proofErr w:type="spellStart"/>
      <w:r>
        <w:rPr>
          <w:rFonts w:ascii="Arial" w:hAnsi="Arial"/>
        </w:rPr>
        <w:t>kultūras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padomiem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vīzas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informāciju</w:t>
      </w:r>
      <w:proofErr w:type="spellEnd"/>
      <w:r>
        <w:rPr>
          <w:rFonts w:ascii="Arial" w:hAnsi="Arial"/>
        </w:rPr>
        <w:t xml:space="preserve"> un </w:t>
      </w:r>
      <w:proofErr w:type="spellStart"/>
      <w:r>
        <w:rPr>
          <w:rFonts w:ascii="Arial" w:hAnsi="Arial"/>
        </w:rPr>
        <w:t>apdrošināšanas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ieteikumiem</w:t>
      </w:r>
      <w:proofErr w:type="spellEnd"/>
      <w:r w:rsidR="00F4495B">
        <w:rPr>
          <w:rFonts w:ascii="Arial" w:hAnsi="Arial"/>
        </w:rPr>
        <w:t xml:space="preserve"> </w:t>
      </w:r>
      <w:proofErr w:type="spellStart"/>
      <w:r w:rsidR="00F4495B">
        <w:rPr>
          <w:rFonts w:ascii="Arial" w:hAnsi="Arial"/>
        </w:rPr>
        <w:t>utt</w:t>
      </w:r>
      <w:proofErr w:type="spellEnd"/>
      <w:r>
        <w:rPr>
          <w:rFonts w:ascii="Arial" w:hAnsi="Arial"/>
        </w:rPr>
        <w:t xml:space="preserve">. </w:t>
      </w:r>
    </w:p>
    <w:p w14:paraId="67FBA6AB" w14:textId="2F143C5A" w:rsidR="002928F8" w:rsidRDefault="00000000">
      <w:pPr>
        <w:spacing w:before="40" w:after="120"/>
      </w:pPr>
      <w:proofErr w:type="spellStart"/>
      <w:r>
        <w:rPr>
          <w:rFonts w:ascii="Arial" w:hAnsi="Arial"/>
        </w:rPr>
        <w:t>Iekļau</w:t>
      </w:r>
      <w:r w:rsidR="00F4495B">
        <w:rPr>
          <w:rFonts w:ascii="Arial" w:hAnsi="Arial"/>
        </w:rPr>
        <w:t>tas</w:t>
      </w:r>
      <w:proofErr w:type="spellEnd"/>
      <w:r>
        <w:rPr>
          <w:rFonts w:ascii="Arial" w:hAnsi="Arial"/>
        </w:rPr>
        <w:t xml:space="preserve"> 3 </w:t>
      </w:r>
      <w:proofErr w:type="spellStart"/>
      <w:r>
        <w:rPr>
          <w:rFonts w:ascii="Arial" w:hAnsi="Arial"/>
        </w:rPr>
        <w:t>bezmaksas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pielāgošanas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reizes</w:t>
      </w:r>
      <w:proofErr w:type="spellEnd"/>
      <w:r>
        <w:rPr>
          <w:rFonts w:ascii="Arial" w:hAnsi="Arial"/>
        </w:rPr>
        <w:t>.</w:t>
      </w:r>
    </w:p>
    <w:p w14:paraId="3C35D034" w14:textId="60C66071" w:rsidR="002928F8" w:rsidRDefault="00000000">
      <w:pPr>
        <w:spacing w:before="240" w:after="80"/>
      </w:pPr>
      <w:r>
        <w:rPr>
          <w:rFonts w:ascii="Arial" w:hAnsi="Arial"/>
          <w:b/>
          <w:color w:val="14468C"/>
          <w:sz w:val="24"/>
        </w:rPr>
        <w:t xml:space="preserve">🎯 Variants </w:t>
      </w:r>
      <w:r w:rsidR="00F4495B">
        <w:rPr>
          <w:rFonts w:ascii="Arial" w:hAnsi="Arial"/>
          <w:b/>
          <w:color w:val="14468C"/>
          <w:sz w:val="24"/>
        </w:rPr>
        <w:t>2</w:t>
      </w:r>
      <w:r>
        <w:rPr>
          <w:rFonts w:ascii="Arial" w:hAnsi="Arial"/>
          <w:b/>
          <w:color w:val="14468C"/>
          <w:sz w:val="24"/>
        </w:rPr>
        <w:t xml:space="preserve"> </w:t>
      </w:r>
      <w:r w:rsidR="00F4495B">
        <w:rPr>
          <w:rFonts w:ascii="Arial" w:hAnsi="Arial"/>
          <w:b/>
          <w:color w:val="14468C"/>
          <w:sz w:val="24"/>
        </w:rPr>
        <w:t>-</w:t>
      </w:r>
      <w:r>
        <w:rPr>
          <w:rFonts w:ascii="Arial" w:hAnsi="Arial"/>
          <w:b/>
          <w:color w:val="14468C"/>
          <w:sz w:val="24"/>
        </w:rPr>
        <w:t xml:space="preserve"> </w:t>
      </w:r>
      <w:proofErr w:type="spellStart"/>
      <w:r w:rsidR="00F4495B">
        <w:rPr>
          <w:rFonts w:ascii="Arial" w:hAnsi="Arial"/>
          <w:b/>
          <w:color w:val="14468C"/>
          <w:sz w:val="24"/>
        </w:rPr>
        <w:t>Tiešsaistes</w:t>
      </w:r>
      <w:proofErr w:type="spellEnd"/>
      <w:r>
        <w:rPr>
          <w:rFonts w:ascii="Arial" w:hAnsi="Arial"/>
          <w:b/>
          <w:color w:val="14468C"/>
          <w:sz w:val="24"/>
        </w:rPr>
        <w:t xml:space="preserve"> </w:t>
      </w:r>
      <w:proofErr w:type="spellStart"/>
      <w:r>
        <w:rPr>
          <w:rFonts w:ascii="Arial" w:hAnsi="Arial"/>
          <w:b/>
          <w:color w:val="14468C"/>
          <w:sz w:val="24"/>
        </w:rPr>
        <w:t>Konsultācija</w:t>
      </w:r>
      <w:proofErr w:type="spellEnd"/>
      <w:r>
        <w:rPr>
          <w:rFonts w:ascii="Arial" w:hAnsi="Arial"/>
          <w:b/>
          <w:color w:val="14468C"/>
          <w:sz w:val="24"/>
        </w:rPr>
        <w:t xml:space="preserve">   €</w:t>
      </w:r>
      <w:r w:rsidR="00C20397">
        <w:rPr>
          <w:rFonts w:ascii="Arial" w:hAnsi="Arial"/>
          <w:b/>
          <w:color w:val="14468C"/>
          <w:sz w:val="24"/>
        </w:rPr>
        <w:t>7</w:t>
      </w:r>
      <w:r>
        <w:rPr>
          <w:rFonts w:ascii="Arial" w:hAnsi="Arial"/>
          <w:b/>
          <w:color w:val="14468C"/>
          <w:sz w:val="24"/>
        </w:rPr>
        <w:t>0</w:t>
      </w:r>
    </w:p>
    <w:p w14:paraId="77812BCF" w14:textId="527F29BF" w:rsidR="002928F8" w:rsidRDefault="00000000">
      <w:pPr>
        <w:spacing w:before="40" w:after="120"/>
      </w:pPr>
      <w:r>
        <w:rPr>
          <w:rFonts w:ascii="Arial" w:hAnsi="Arial"/>
        </w:rPr>
        <w:t xml:space="preserve">Divi personīgi zvani: pirmajā </w:t>
      </w:r>
      <w:proofErr w:type="spellStart"/>
      <w:r>
        <w:rPr>
          <w:rFonts w:ascii="Arial" w:hAnsi="Arial"/>
        </w:rPr>
        <w:t>uzzinām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visu</w:t>
      </w:r>
      <w:proofErr w:type="spellEnd"/>
      <w:r>
        <w:rPr>
          <w:rFonts w:ascii="Arial" w:hAnsi="Arial"/>
        </w:rPr>
        <w:t xml:space="preserve"> par </w:t>
      </w:r>
      <w:proofErr w:type="spellStart"/>
      <w:r w:rsidR="00F4495B">
        <w:rPr>
          <w:rFonts w:ascii="Arial" w:hAnsi="Arial"/>
        </w:rPr>
        <w:t>Jūsu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ceļojuma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vēlmēm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otrajā</w:t>
      </w:r>
      <w:proofErr w:type="spellEnd"/>
      <w:r w:rsidR="00F4495B">
        <w:rPr>
          <w:rFonts w:ascii="Arial" w:hAnsi="Arial"/>
        </w:rPr>
        <w:t xml:space="preserve"> -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prezentējam</w:t>
      </w:r>
      <w:proofErr w:type="spellEnd"/>
      <w:r>
        <w:rPr>
          <w:rFonts w:ascii="Arial" w:hAnsi="Arial"/>
        </w:rPr>
        <w:t xml:space="preserve"> un </w:t>
      </w:r>
      <w:proofErr w:type="spellStart"/>
      <w:r>
        <w:rPr>
          <w:rFonts w:ascii="Arial" w:hAnsi="Arial"/>
        </w:rPr>
        <w:t>kopā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pielāgojam</w:t>
      </w:r>
      <w:proofErr w:type="spellEnd"/>
      <w:r>
        <w:rPr>
          <w:rFonts w:ascii="Arial" w:hAnsi="Arial"/>
        </w:rPr>
        <w:t xml:space="preserve"> gatavo plānu. </w:t>
      </w:r>
      <w:proofErr w:type="spellStart"/>
      <w:r>
        <w:rPr>
          <w:rFonts w:ascii="Arial" w:hAnsi="Arial"/>
        </w:rPr>
        <w:t>Ideāls</w:t>
      </w:r>
      <w:proofErr w:type="spellEnd"/>
      <w:r>
        <w:rPr>
          <w:rFonts w:ascii="Arial" w:hAnsi="Arial"/>
        </w:rPr>
        <w:t xml:space="preserve"> </w:t>
      </w:r>
      <w:proofErr w:type="spellStart"/>
      <w:r w:rsidR="00E32F9F">
        <w:rPr>
          <w:rFonts w:ascii="Arial" w:hAnsi="Arial"/>
        </w:rPr>
        <w:t>t</w:t>
      </w:r>
      <w:r>
        <w:rPr>
          <w:rFonts w:ascii="Arial" w:hAnsi="Arial"/>
        </w:rPr>
        <w:t>iem</w:t>
      </w:r>
      <w:proofErr w:type="spellEnd"/>
      <w:r w:rsidR="00F4495B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kam</w:t>
      </w:r>
      <w:proofErr w:type="spellEnd"/>
      <w:r w:rsidR="00E32F9F">
        <w:rPr>
          <w:rFonts w:ascii="Arial" w:hAnsi="Arial"/>
        </w:rPr>
        <w:t xml:space="preserve"> </w:t>
      </w:r>
      <w:proofErr w:type="spellStart"/>
      <w:r w:rsidR="00E32F9F">
        <w:rPr>
          <w:rFonts w:ascii="Arial" w:hAnsi="Arial"/>
        </w:rPr>
        <w:t>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svarīga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personīga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pieeja</w:t>
      </w:r>
      <w:proofErr w:type="spellEnd"/>
      <w:r>
        <w:rPr>
          <w:rFonts w:ascii="Arial" w:hAnsi="Arial"/>
        </w:rPr>
        <w:t xml:space="preserve">. Maksa </w:t>
      </w:r>
      <w:proofErr w:type="spellStart"/>
      <w:r>
        <w:rPr>
          <w:rFonts w:ascii="Arial" w:hAnsi="Arial"/>
        </w:rPr>
        <w:t>pilnā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apmērā</w:t>
      </w:r>
      <w:proofErr w:type="spellEnd"/>
      <w:r>
        <w:rPr>
          <w:rFonts w:ascii="Arial" w:hAnsi="Arial"/>
        </w:rPr>
        <w:t xml:space="preserve"> </w:t>
      </w:r>
      <w:proofErr w:type="spellStart"/>
      <w:r w:rsidR="00F4495B">
        <w:rPr>
          <w:rFonts w:ascii="Arial" w:hAnsi="Arial"/>
        </w:rPr>
        <w:t>notiek</w:t>
      </w:r>
      <w:proofErr w:type="spellEnd"/>
      <w:r w:rsidR="00F4495B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pirms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pirmā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zvana</w:t>
      </w:r>
      <w:proofErr w:type="spellEnd"/>
      <w:r>
        <w:rPr>
          <w:rFonts w:ascii="Arial" w:hAnsi="Arial"/>
        </w:rPr>
        <w:t>.</w:t>
      </w:r>
      <w:r w:rsidR="00E32F9F">
        <w:rPr>
          <w:rFonts w:ascii="Arial" w:hAnsi="Arial"/>
        </w:rPr>
        <w:t xml:space="preserve"> </w:t>
      </w:r>
      <w:proofErr w:type="spellStart"/>
      <w:r w:rsidR="00E32F9F">
        <w:rPr>
          <w:rFonts w:ascii="Arial" w:hAnsi="Arial"/>
        </w:rPr>
        <w:t>Pēc</w:t>
      </w:r>
      <w:proofErr w:type="spellEnd"/>
      <w:r w:rsidR="00E32F9F">
        <w:rPr>
          <w:rFonts w:ascii="Arial" w:hAnsi="Arial"/>
        </w:rPr>
        <w:t xml:space="preserve"> </w:t>
      </w:r>
      <w:proofErr w:type="spellStart"/>
      <w:r w:rsidR="00E32F9F">
        <w:rPr>
          <w:rFonts w:ascii="Arial" w:hAnsi="Arial"/>
        </w:rPr>
        <w:t>apmaksas</w:t>
      </w:r>
      <w:proofErr w:type="spellEnd"/>
      <w:r w:rsidR="00E32F9F">
        <w:rPr>
          <w:rFonts w:ascii="Arial" w:hAnsi="Arial"/>
        </w:rPr>
        <w:t xml:space="preserve"> </w:t>
      </w:r>
      <w:proofErr w:type="spellStart"/>
      <w:r w:rsidR="00E32F9F">
        <w:rPr>
          <w:rFonts w:ascii="Arial" w:hAnsi="Arial"/>
        </w:rPr>
        <w:t>tiks</w:t>
      </w:r>
      <w:proofErr w:type="spellEnd"/>
      <w:r w:rsidR="00E32F9F">
        <w:rPr>
          <w:rFonts w:ascii="Arial" w:hAnsi="Arial"/>
        </w:rPr>
        <w:t xml:space="preserve"> </w:t>
      </w:r>
      <w:proofErr w:type="spellStart"/>
      <w:r w:rsidR="00E32F9F">
        <w:rPr>
          <w:rFonts w:ascii="Arial" w:hAnsi="Arial"/>
        </w:rPr>
        <w:t>sarunāts</w:t>
      </w:r>
      <w:proofErr w:type="spellEnd"/>
      <w:r w:rsidR="00E32F9F">
        <w:rPr>
          <w:rFonts w:ascii="Arial" w:hAnsi="Arial"/>
        </w:rPr>
        <w:t xml:space="preserve"> datums un </w:t>
      </w:r>
      <w:proofErr w:type="spellStart"/>
      <w:r w:rsidR="00E32F9F">
        <w:rPr>
          <w:rFonts w:ascii="Arial" w:hAnsi="Arial"/>
        </w:rPr>
        <w:t>laiks</w:t>
      </w:r>
      <w:proofErr w:type="spellEnd"/>
      <w:r w:rsidR="00E32F9F">
        <w:rPr>
          <w:rFonts w:ascii="Arial" w:hAnsi="Arial"/>
        </w:rPr>
        <w:t xml:space="preserve"> </w:t>
      </w:r>
      <w:proofErr w:type="spellStart"/>
      <w:r w:rsidR="00E32F9F">
        <w:rPr>
          <w:rFonts w:ascii="Arial" w:hAnsi="Arial"/>
        </w:rPr>
        <w:t>tiešsaistes</w:t>
      </w:r>
      <w:proofErr w:type="spellEnd"/>
      <w:r w:rsidR="00E32F9F">
        <w:rPr>
          <w:rFonts w:ascii="Arial" w:hAnsi="Arial"/>
        </w:rPr>
        <w:t xml:space="preserve"> </w:t>
      </w:r>
      <w:proofErr w:type="spellStart"/>
      <w:r w:rsidR="00E32F9F">
        <w:rPr>
          <w:rFonts w:ascii="Arial" w:hAnsi="Arial"/>
        </w:rPr>
        <w:t>konsultācijai</w:t>
      </w:r>
      <w:proofErr w:type="spellEnd"/>
      <w:r w:rsidR="00E32F9F">
        <w:rPr>
          <w:rFonts w:ascii="Arial" w:hAnsi="Arial"/>
        </w:rPr>
        <w:t xml:space="preserve"> (pa </w:t>
      </w:r>
      <w:proofErr w:type="spellStart"/>
      <w:r w:rsidR="00E32F9F">
        <w:rPr>
          <w:rFonts w:ascii="Arial" w:hAnsi="Arial"/>
        </w:rPr>
        <w:t>telefona</w:t>
      </w:r>
      <w:proofErr w:type="spellEnd"/>
      <w:r w:rsidR="00E32F9F">
        <w:rPr>
          <w:rFonts w:ascii="Arial" w:hAnsi="Arial"/>
        </w:rPr>
        <w:t xml:space="preserve"> </w:t>
      </w:r>
      <w:proofErr w:type="spellStart"/>
      <w:r w:rsidR="00E32F9F">
        <w:rPr>
          <w:rFonts w:ascii="Arial" w:hAnsi="Arial"/>
        </w:rPr>
        <w:t>numuru</w:t>
      </w:r>
      <w:proofErr w:type="spellEnd"/>
      <w:r w:rsidR="00E32F9F">
        <w:rPr>
          <w:rFonts w:ascii="Arial" w:hAnsi="Arial"/>
        </w:rPr>
        <w:t xml:space="preserve"> </w:t>
      </w:r>
      <w:proofErr w:type="spellStart"/>
      <w:r w:rsidR="00E32F9F">
        <w:rPr>
          <w:rFonts w:ascii="Arial" w:hAnsi="Arial"/>
        </w:rPr>
        <w:t>vai</w:t>
      </w:r>
      <w:proofErr w:type="spellEnd"/>
      <w:r w:rsidR="00E32F9F">
        <w:rPr>
          <w:rFonts w:ascii="Arial" w:hAnsi="Arial"/>
        </w:rPr>
        <w:t xml:space="preserve"> Zoom).</w:t>
      </w:r>
    </w:p>
    <w:p w14:paraId="49FEC9C9" w14:textId="20743F51" w:rsidR="002928F8" w:rsidRDefault="00000000" w:rsidP="000C5519">
      <w:pPr>
        <w:pBdr>
          <w:top w:val="single" w:sz="4" w:space="6" w:color="2E8B57"/>
          <w:left w:val="single" w:sz="4" w:space="6" w:color="2E8B57"/>
          <w:bottom w:val="single" w:sz="4" w:space="6" w:color="2E8B57"/>
          <w:right w:val="single" w:sz="4" w:space="6" w:color="2E8B57"/>
        </w:pBdr>
        <w:shd w:val="clear" w:color="auto" w:fill="F0FFF4"/>
        <w:spacing w:before="120" w:after="120"/>
        <w:ind w:left="283" w:right="283"/>
      </w:pPr>
      <w:r>
        <w:rPr>
          <w:rFonts w:ascii="Arial" w:hAnsi="Arial"/>
          <w:color w:val="14501E"/>
          <w:sz w:val="21"/>
        </w:rPr>
        <w:t xml:space="preserve">✅ </w:t>
      </w:r>
      <w:proofErr w:type="spellStart"/>
      <w:r>
        <w:rPr>
          <w:rFonts w:ascii="Arial" w:hAnsi="Arial"/>
          <w:color w:val="14501E"/>
          <w:sz w:val="21"/>
        </w:rPr>
        <w:t>Visiem</w:t>
      </w:r>
      <w:proofErr w:type="spellEnd"/>
      <w:r>
        <w:rPr>
          <w:rFonts w:ascii="Arial" w:hAnsi="Arial"/>
          <w:color w:val="14501E"/>
          <w:sz w:val="21"/>
        </w:rPr>
        <w:t xml:space="preserve"> </w:t>
      </w:r>
      <w:proofErr w:type="spellStart"/>
      <w:r>
        <w:rPr>
          <w:rFonts w:ascii="Arial" w:hAnsi="Arial"/>
          <w:color w:val="14501E"/>
          <w:sz w:val="21"/>
        </w:rPr>
        <w:t>variantiem</w:t>
      </w:r>
      <w:proofErr w:type="spellEnd"/>
      <w:r>
        <w:rPr>
          <w:rFonts w:ascii="Arial" w:hAnsi="Arial"/>
          <w:color w:val="14501E"/>
          <w:sz w:val="21"/>
        </w:rPr>
        <w:t xml:space="preserve"> </w:t>
      </w:r>
      <w:proofErr w:type="spellStart"/>
      <w:r>
        <w:rPr>
          <w:rFonts w:ascii="Arial" w:hAnsi="Arial"/>
          <w:color w:val="14501E"/>
          <w:sz w:val="21"/>
        </w:rPr>
        <w:t>maršruts</w:t>
      </w:r>
      <w:proofErr w:type="spellEnd"/>
      <w:r>
        <w:rPr>
          <w:rFonts w:ascii="Arial" w:hAnsi="Arial"/>
          <w:color w:val="14501E"/>
          <w:sz w:val="21"/>
        </w:rPr>
        <w:t xml:space="preserve"> </w:t>
      </w:r>
      <w:proofErr w:type="spellStart"/>
      <w:r>
        <w:rPr>
          <w:rFonts w:ascii="Arial" w:hAnsi="Arial"/>
          <w:color w:val="14501E"/>
          <w:sz w:val="21"/>
        </w:rPr>
        <w:t>tiek</w:t>
      </w:r>
      <w:proofErr w:type="spellEnd"/>
      <w:r>
        <w:rPr>
          <w:rFonts w:ascii="Arial" w:hAnsi="Arial"/>
          <w:color w:val="14501E"/>
          <w:sz w:val="21"/>
        </w:rPr>
        <w:t xml:space="preserve"> </w:t>
      </w:r>
      <w:proofErr w:type="spellStart"/>
      <w:r>
        <w:rPr>
          <w:rFonts w:ascii="Arial" w:hAnsi="Arial"/>
          <w:color w:val="14501E"/>
          <w:sz w:val="21"/>
        </w:rPr>
        <w:t>sagatavots</w:t>
      </w:r>
      <w:proofErr w:type="spellEnd"/>
      <w:r>
        <w:rPr>
          <w:rFonts w:ascii="Arial" w:hAnsi="Arial"/>
          <w:color w:val="14501E"/>
          <w:sz w:val="21"/>
        </w:rPr>
        <w:t xml:space="preserve"> </w:t>
      </w:r>
      <w:proofErr w:type="spellStart"/>
      <w:r>
        <w:rPr>
          <w:rFonts w:ascii="Arial" w:hAnsi="Arial"/>
          <w:color w:val="14501E"/>
          <w:sz w:val="21"/>
        </w:rPr>
        <w:t>individuāli</w:t>
      </w:r>
      <w:proofErr w:type="spellEnd"/>
      <w:r>
        <w:rPr>
          <w:rFonts w:ascii="Arial" w:hAnsi="Arial"/>
          <w:color w:val="14501E"/>
          <w:sz w:val="21"/>
        </w:rPr>
        <w:t xml:space="preserve"> </w:t>
      </w:r>
      <w:proofErr w:type="spellStart"/>
      <w:r>
        <w:rPr>
          <w:rFonts w:ascii="Arial" w:hAnsi="Arial"/>
          <w:color w:val="14501E"/>
          <w:sz w:val="21"/>
        </w:rPr>
        <w:t>tieši</w:t>
      </w:r>
      <w:proofErr w:type="spellEnd"/>
      <w:r>
        <w:rPr>
          <w:rFonts w:ascii="Arial" w:hAnsi="Arial"/>
          <w:color w:val="14501E"/>
          <w:sz w:val="21"/>
        </w:rPr>
        <w:t xml:space="preserve"> </w:t>
      </w:r>
      <w:r w:rsidR="00ED737A">
        <w:rPr>
          <w:rFonts w:ascii="Arial" w:hAnsi="Arial"/>
          <w:color w:val="14501E"/>
          <w:sz w:val="21"/>
        </w:rPr>
        <w:t>Jums!</w:t>
      </w:r>
      <w:r>
        <w:rPr>
          <w:rFonts w:ascii="Arial" w:hAnsi="Arial"/>
          <w:color w:val="14501E"/>
          <w:sz w:val="21"/>
        </w:rPr>
        <w:t xml:space="preserve"> </w:t>
      </w:r>
      <w:proofErr w:type="spellStart"/>
      <w:r>
        <w:rPr>
          <w:rFonts w:ascii="Arial" w:hAnsi="Arial"/>
          <w:color w:val="14501E"/>
          <w:sz w:val="21"/>
        </w:rPr>
        <w:t>Katrs</w:t>
      </w:r>
      <w:proofErr w:type="spellEnd"/>
      <w:r>
        <w:rPr>
          <w:rFonts w:ascii="Arial" w:hAnsi="Arial"/>
          <w:color w:val="14501E"/>
          <w:sz w:val="21"/>
        </w:rPr>
        <w:t xml:space="preserve"> </w:t>
      </w:r>
      <w:proofErr w:type="spellStart"/>
      <w:r>
        <w:rPr>
          <w:rFonts w:ascii="Arial" w:hAnsi="Arial"/>
          <w:color w:val="14501E"/>
          <w:sz w:val="21"/>
        </w:rPr>
        <w:t>plāns</w:t>
      </w:r>
      <w:proofErr w:type="spellEnd"/>
      <w:r>
        <w:rPr>
          <w:rFonts w:ascii="Arial" w:hAnsi="Arial"/>
          <w:color w:val="14501E"/>
          <w:sz w:val="21"/>
        </w:rPr>
        <w:t xml:space="preserve"> </w:t>
      </w:r>
      <w:proofErr w:type="spellStart"/>
      <w:r>
        <w:rPr>
          <w:rFonts w:ascii="Arial" w:hAnsi="Arial"/>
          <w:color w:val="14501E"/>
          <w:sz w:val="21"/>
        </w:rPr>
        <w:t>ir</w:t>
      </w:r>
      <w:proofErr w:type="spellEnd"/>
      <w:r>
        <w:rPr>
          <w:rFonts w:ascii="Arial" w:hAnsi="Arial"/>
          <w:color w:val="14501E"/>
          <w:sz w:val="21"/>
        </w:rPr>
        <w:t xml:space="preserve"> </w:t>
      </w:r>
      <w:proofErr w:type="spellStart"/>
      <w:r>
        <w:rPr>
          <w:rFonts w:ascii="Arial" w:hAnsi="Arial"/>
          <w:color w:val="14501E"/>
          <w:sz w:val="21"/>
        </w:rPr>
        <w:t>unikāls</w:t>
      </w:r>
      <w:proofErr w:type="spellEnd"/>
      <w:r w:rsidR="00ED737A">
        <w:rPr>
          <w:rFonts w:ascii="Arial" w:hAnsi="Arial"/>
          <w:color w:val="14501E"/>
          <w:sz w:val="21"/>
        </w:rPr>
        <w:t>!</w:t>
      </w:r>
    </w:p>
    <w:p w14:paraId="4E8FF2FE" w14:textId="51646082" w:rsidR="002928F8" w:rsidRDefault="00000000">
      <w:pPr>
        <w:shd w:val="clear" w:color="auto" w:fill="1A4A7A"/>
        <w:spacing w:before="360" w:after="120"/>
        <w:ind w:left="170"/>
      </w:pPr>
      <w:r>
        <w:rPr>
          <w:rFonts w:ascii="Arial" w:hAnsi="Arial"/>
          <w:b/>
          <w:color w:val="FFFFFF"/>
          <w:sz w:val="28"/>
        </w:rPr>
        <w:t>6. 🌍 SPECIFISKA INFORMĀCIJA</w:t>
      </w:r>
    </w:p>
    <w:p w14:paraId="0369E55A" w14:textId="12D72E66" w:rsidR="002928F8" w:rsidRDefault="00000000">
      <w:pPr>
        <w:spacing w:before="240" w:after="80"/>
      </w:pPr>
      <w:r>
        <w:rPr>
          <w:rFonts w:ascii="Arial" w:hAnsi="Arial"/>
          <w:b/>
          <w:color w:val="14468C"/>
          <w:sz w:val="24"/>
        </w:rPr>
        <w:t xml:space="preserve">🕌 </w:t>
      </w:r>
      <w:proofErr w:type="spellStart"/>
      <w:r>
        <w:rPr>
          <w:rFonts w:ascii="Arial" w:hAnsi="Arial"/>
          <w:b/>
          <w:color w:val="14468C"/>
          <w:sz w:val="24"/>
        </w:rPr>
        <w:t>Kultūras</w:t>
      </w:r>
      <w:proofErr w:type="spellEnd"/>
      <w:r>
        <w:rPr>
          <w:rFonts w:ascii="Arial" w:hAnsi="Arial"/>
          <w:b/>
          <w:color w:val="14468C"/>
          <w:sz w:val="24"/>
        </w:rPr>
        <w:t xml:space="preserve"> un </w:t>
      </w:r>
      <w:proofErr w:type="spellStart"/>
      <w:r>
        <w:rPr>
          <w:rFonts w:ascii="Arial" w:hAnsi="Arial"/>
          <w:b/>
          <w:color w:val="14468C"/>
          <w:sz w:val="24"/>
        </w:rPr>
        <w:t>reliģiskās</w:t>
      </w:r>
      <w:proofErr w:type="spellEnd"/>
      <w:r>
        <w:rPr>
          <w:rFonts w:ascii="Arial" w:hAnsi="Arial"/>
          <w:b/>
          <w:color w:val="14468C"/>
          <w:sz w:val="24"/>
        </w:rPr>
        <w:t xml:space="preserve"> </w:t>
      </w:r>
      <w:proofErr w:type="spellStart"/>
      <w:r>
        <w:rPr>
          <w:rFonts w:ascii="Arial" w:hAnsi="Arial"/>
          <w:b/>
          <w:color w:val="14468C"/>
          <w:sz w:val="24"/>
        </w:rPr>
        <w:t>normas</w:t>
      </w:r>
      <w:proofErr w:type="spellEnd"/>
    </w:p>
    <w:p w14:paraId="10905077" w14:textId="653C7A59" w:rsidR="002928F8" w:rsidRDefault="00000000">
      <w:pPr>
        <w:spacing w:before="40" w:after="120"/>
      </w:pPr>
      <w:r>
        <w:rPr>
          <w:rFonts w:ascii="Arial" w:hAnsi="Arial"/>
        </w:rPr>
        <w:t xml:space="preserve">Katrā ceļojuma plānā iekļaujam detalizētu kultūras nodaļu. Tas ir īpaši svarīgi ceļojot uz Āzijas, Tuvo </w:t>
      </w:r>
      <w:proofErr w:type="spellStart"/>
      <w:r>
        <w:rPr>
          <w:rFonts w:ascii="Arial" w:hAnsi="Arial"/>
        </w:rPr>
        <w:t>Austrumu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Āfrikas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destinācijām</w:t>
      </w:r>
      <w:proofErr w:type="spellEnd"/>
      <w:r w:rsidR="00973276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kultūras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atšķirības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būtiskas</w:t>
      </w:r>
      <w:proofErr w:type="spellEnd"/>
      <w:r w:rsidR="00973276">
        <w:rPr>
          <w:rFonts w:ascii="Arial" w:hAnsi="Arial"/>
        </w:rPr>
        <w:t>,</w:t>
      </w:r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>un to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neievērošana</w:t>
      </w:r>
      <w:proofErr w:type="spellEnd"/>
      <w:r>
        <w:rPr>
          <w:rFonts w:ascii="Arial" w:hAnsi="Arial"/>
        </w:rPr>
        <w:t xml:space="preserve"> var </w:t>
      </w:r>
      <w:proofErr w:type="spellStart"/>
      <w:r>
        <w:rPr>
          <w:rFonts w:ascii="Arial" w:hAnsi="Arial"/>
        </w:rPr>
        <w:t>radīt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nepatīkamas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situācijas</w:t>
      </w:r>
      <w:proofErr w:type="spellEnd"/>
      <w:r>
        <w:rPr>
          <w:rFonts w:ascii="Arial" w:hAnsi="Arial"/>
        </w:rPr>
        <w:t>.</w:t>
      </w:r>
      <w:r w:rsidR="00973276">
        <w:rPr>
          <w:rFonts w:ascii="Arial" w:hAnsi="Arial"/>
        </w:rPr>
        <w:t xml:space="preserve"> </w:t>
      </w:r>
      <w:proofErr w:type="spellStart"/>
      <w:r w:rsidR="00973276">
        <w:rPr>
          <w:rFonts w:ascii="Arial" w:hAnsi="Arial"/>
        </w:rPr>
        <w:t>Piemēram</w:t>
      </w:r>
      <w:proofErr w:type="spellEnd"/>
      <w:r w:rsidR="00973276">
        <w:rPr>
          <w:rFonts w:ascii="Arial" w:hAnsi="Arial"/>
        </w:rPr>
        <w:t>:</w:t>
      </w:r>
    </w:p>
    <w:p w14:paraId="0B6BA380" w14:textId="631BA412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Islāma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valstis</w:t>
      </w:r>
      <w:proofErr w:type="spellEnd"/>
      <w:r>
        <w:rPr>
          <w:rFonts w:ascii="Arial" w:hAnsi="Arial"/>
        </w:rPr>
        <w:t xml:space="preserve"> </w:t>
      </w:r>
      <w:r w:rsidR="00973276">
        <w:rPr>
          <w:rFonts w:ascii="Arial" w:hAnsi="Arial"/>
        </w:rPr>
        <w:t>-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apģērba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kods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Ramadāns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alkohols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fotografēšana</w:t>
      </w:r>
      <w:proofErr w:type="spellEnd"/>
      <w:r w:rsidR="00973276">
        <w:rPr>
          <w:rFonts w:ascii="Arial" w:hAnsi="Arial"/>
        </w:rPr>
        <w:t xml:space="preserve"> </w:t>
      </w:r>
      <w:proofErr w:type="spellStart"/>
      <w:r w:rsidR="00973276">
        <w:rPr>
          <w:rFonts w:ascii="Arial" w:hAnsi="Arial"/>
        </w:rPr>
        <w:t>u.c.</w:t>
      </w:r>
      <w:proofErr w:type="spellEnd"/>
    </w:p>
    <w:p w14:paraId="3B6C16CE" w14:textId="46AED17B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Āzijas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valstis</w:t>
      </w:r>
      <w:proofErr w:type="spellEnd"/>
      <w:r>
        <w:rPr>
          <w:rFonts w:ascii="Arial" w:hAnsi="Arial"/>
        </w:rPr>
        <w:t xml:space="preserve"> </w:t>
      </w:r>
      <w:r w:rsidR="00973276">
        <w:rPr>
          <w:rFonts w:ascii="Arial" w:hAnsi="Arial"/>
        </w:rPr>
        <w:t>-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tempļu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etiķete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dāvanu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kultūra</w:t>
      </w:r>
      <w:proofErr w:type="spellEnd"/>
      <w:r w:rsidR="00973276">
        <w:rPr>
          <w:rFonts w:ascii="Arial" w:hAnsi="Arial"/>
        </w:rPr>
        <w:t xml:space="preserve"> </w:t>
      </w:r>
      <w:proofErr w:type="spellStart"/>
      <w:r w:rsidR="00973276">
        <w:rPr>
          <w:rFonts w:ascii="Arial" w:hAnsi="Arial"/>
        </w:rPr>
        <w:t>u.c.</w:t>
      </w:r>
      <w:proofErr w:type="spellEnd"/>
    </w:p>
    <w:p w14:paraId="3CB3A43E" w14:textId="7F7174F7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Dienvidamerika</w:t>
      </w:r>
      <w:proofErr w:type="spellEnd"/>
      <w:r w:rsidR="00973276">
        <w:rPr>
          <w:rFonts w:ascii="Arial" w:hAnsi="Arial"/>
        </w:rPr>
        <w:t xml:space="preserve"> -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drošības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padomi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kaulēšanās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taksometri</w:t>
      </w:r>
      <w:proofErr w:type="spellEnd"/>
      <w:r w:rsidR="00973276">
        <w:rPr>
          <w:rFonts w:ascii="Arial" w:hAnsi="Arial"/>
        </w:rPr>
        <w:t xml:space="preserve"> </w:t>
      </w:r>
      <w:proofErr w:type="spellStart"/>
      <w:r w:rsidR="00973276">
        <w:rPr>
          <w:rFonts w:ascii="Arial" w:hAnsi="Arial"/>
        </w:rPr>
        <w:t>u.c.</w:t>
      </w:r>
      <w:proofErr w:type="spellEnd"/>
    </w:p>
    <w:p w14:paraId="52B0BC55" w14:textId="16FCBA43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r>
        <w:rPr>
          <w:rFonts w:ascii="Arial" w:hAnsi="Arial"/>
        </w:rPr>
        <w:t xml:space="preserve">Eiropa — </w:t>
      </w:r>
      <w:proofErr w:type="spellStart"/>
      <w:r>
        <w:rPr>
          <w:rFonts w:ascii="Arial" w:hAnsi="Arial"/>
        </w:rPr>
        <w:t>birokrātija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sabiedriskā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transporta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kultūra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dzeramnaudu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normas</w:t>
      </w:r>
      <w:proofErr w:type="spellEnd"/>
      <w:r w:rsidR="00973276">
        <w:rPr>
          <w:rFonts w:ascii="Arial" w:hAnsi="Arial"/>
        </w:rPr>
        <w:t xml:space="preserve"> </w:t>
      </w:r>
      <w:proofErr w:type="spellStart"/>
      <w:r w:rsidR="00973276">
        <w:rPr>
          <w:rFonts w:ascii="Arial" w:hAnsi="Arial"/>
        </w:rPr>
        <w:t>u.c.</w:t>
      </w:r>
      <w:proofErr w:type="spellEnd"/>
      <w:r w:rsidR="00973276">
        <w:rPr>
          <w:rFonts w:ascii="Arial" w:hAnsi="Arial"/>
        </w:rPr>
        <w:t xml:space="preserve"> </w:t>
      </w:r>
    </w:p>
    <w:p w14:paraId="6135F29A" w14:textId="02E2BE21" w:rsidR="002928F8" w:rsidRDefault="00000000">
      <w:pPr>
        <w:spacing w:before="240" w:after="80"/>
      </w:pPr>
      <w:r>
        <w:rPr>
          <w:rFonts w:ascii="Arial" w:hAnsi="Arial"/>
          <w:b/>
          <w:color w:val="14468C"/>
          <w:sz w:val="24"/>
        </w:rPr>
        <w:t xml:space="preserve">📄 </w:t>
      </w:r>
      <w:proofErr w:type="spellStart"/>
      <w:r>
        <w:rPr>
          <w:rFonts w:ascii="Arial" w:hAnsi="Arial"/>
          <w:b/>
          <w:color w:val="14468C"/>
          <w:sz w:val="24"/>
        </w:rPr>
        <w:t>Vīzu</w:t>
      </w:r>
      <w:proofErr w:type="spellEnd"/>
      <w:r>
        <w:rPr>
          <w:rFonts w:ascii="Arial" w:hAnsi="Arial"/>
          <w:b/>
          <w:color w:val="14468C"/>
          <w:sz w:val="24"/>
        </w:rPr>
        <w:t xml:space="preserve"> </w:t>
      </w:r>
      <w:proofErr w:type="spellStart"/>
      <w:r>
        <w:rPr>
          <w:rFonts w:ascii="Arial" w:hAnsi="Arial"/>
          <w:b/>
          <w:color w:val="14468C"/>
          <w:sz w:val="24"/>
        </w:rPr>
        <w:t>informācija</w:t>
      </w:r>
      <w:proofErr w:type="spellEnd"/>
    </w:p>
    <w:p w14:paraId="6DA8E319" w14:textId="7A351F10" w:rsidR="002928F8" w:rsidRDefault="00000000">
      <w:pPr>
        <w:spacing w:before="40" w:after="120"/>
      </w:pPr>
      <w:proofErr w:type="spellStart"/>
      <w:r>
        <w:rPr>
          <w:rFonts w:ascii="Arial" w:hAnsi="Arial"/>
        </w:rPr>
        <w:t>Mūsu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plānos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iekļaujam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vīzas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informāciju</w:t>
      </w:r>
      <w:proofErr w:type="spellEnd"/>
      <w:r>
        <w:rPr>
          <w:rFonts w:ascii="Arial" w:hAnsi="Arial"/>
        </w:rPr>
        <w:t xml:space="preserve"> </w:t>
      </w:r>
      <w:proofErr w:type="spellStart"/>
      <w:r w:rsidR="00973276">
        <w:rPr>
          <w:rFonts w:ascii="Arial" w:hAnsi="Arial"/>
        </w:rPr>
        <w:t>Jūsu</w:t>
      </w:r>
      <w:proofErr w:type="spellEnd"/>
      <w:r w:rsidR="00973276">
        <w:rPr>
          <w:rFonts w:ascii="Arial" w:hAnsi="Arial"/>
        </w:rPr>
        <w:t xml:space="preserve"> </w:t>
      </w:r>
      <w:proofErr w:type="spellStart"/>
      <w:r w:rsidR="00973276">
        <w:rPr>
          <w:rFonts w:ascii="Arial" w:hAnsi="Arial"/>
        </w:rPr>
        <w:t>valsts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pilsoņiem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Lūdzu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ņem</w:t>
      </w:r>
      <w:r w:rsidR="00973276">
        <w:rPr>
          <w:rFonts w:ascii="Arial" w:hAnsi="Arial"/>
        </w:rPr>
        <w:t>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vērā</w:t>
      </w:r>
      <w:proofErr w:type="spellEnd"/>
      <w:r w:rsidR="00973276">
        <w:rPr>
          <w:rFonts w:ascii="Arial" w:hAnsi="Arial"/>
        </w:rPr>
        <w:t xml:space="preserve"> -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mēs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sniedzam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informatīvus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padomus</w:t>
      </w:r>
      <w:proofErr w:type="spellEnd"/>
      <w:r>
        <w:rPr>
          <w:rFonts w:ascii="Arial" w:hAnsi="Arial"/>
        </w:rPr>
        <w:t xml:space="preserve">, nevis juridisku konsultāciju. </w:t>
      </w:r>
      <w:proofErr w:type="spellStart"/>
      <w:r>
        <w:rPr>
          <w:rFonts w:ascii="Arial" w:hAnsi="Arial"/>
        </w:rPr>
        <w:t>Galīgo</w:t>
      </w:r>
      <w:proofErr w:type="spellEnd"/>
      <w:r>
        <w:rPr>
          <w:rFonts w:ascii="Arial" w:hAnsi="Arial"/>
        </w:rPr>
        <w:t xml:space="preserve"> un </w:t>
      </w:r>
      <w:proofErr w:type="spellStart"/>
      <w:r>
        <w:rPr>
          <w:rFonts w:ascii="Arial" w:hAnsi="Arial"/>
        </w:rPr>
        <w:t>aktuālo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informāciju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vienmēr</w:t>
      </w:r>
      <w:proofErr w:type="spellEnd"/>
      <w:r>
        <w:rPr>
          <w:rFonts w:ascii="Arial" w:hAnsi="Arial"/>
        </w:rPr>
        <w:t xml:space="preserve"> </w:t>
      </w:r>
      <w:proofErr w:type="spellStart"/>
      <w:r w:rsidR="00973276">
        <w:rPr>
          <w:rFonts w:ascii="Arial" w:hAnsi="Arial"/>
        </w:rPr>
        <w:t>ir</w:t>
      </w:r>
      <w:proofErr w:type="spellEnd"/>
      <w:r w:rsidR="00973276">
        <w:rPr>
          <w:rFonts w:ascii="Arial" w:hAnsi="Arial"/>
        </w:rPr>
        <w:t xml:space="preserve"> </w:t>
      </w:r>
      <w:proofErr w:type="spellStart"/>
      <w:r w:rsidR="00973276">
        <w:rPr>
          <w:rFonts w:ascii="Arial" w:hAnsi="Arial"/>
        </w:rPr>
        <w:t>jāpārbauda</w:t>
      </w:r>
      <w:proofErr w:type="spellEnd"/>
      <w:r w:rsidR="00973276">
        <w:rPr>
          <w:rFonts w:ascii="Arial" w:hAnsi="Arial"/>
        </w:rPr>
        <w:t>.</w:t>
      </w:r>
    </w:p>
    <w:p w14:paraId="0E34D442" w14:textId="57309CBC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Eiropas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Savienības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ceļošanas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portāls</w:t>
      </w:r>
      <w:proofErr w:type="spellEnd"/>
      <w:r>
        <w:rPr>
          <w:rFonts w:ascii="Arial" w:hAnsi="Arial"/>
        </w:rPr>
        <w:t>: reopen.europa.eu</w:t>
      </w:r>
      <w:r w:rsidR="00973276">
        <w:rPr>
          <w:rFonts w:ascii="Arial" w:hAnsi="Arial"/>
        </w:rPr>
        <w:t>.</w:t>
      </w:r>
    </w:p>
    <w:p w14:paraId="1BBFA905" w14:textId="7EF9BA26" w:rsidR="002928F8" w:rsidRDefault="00000000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Konkrētās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valsts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vēstniecība</w:t>
      </w:r>
      <w:proofErr w:type="spellEnd"/>
      <w:r w:rsidR="00973276">
        <w:rPr>
          <w:rFonts w:ascii="Arial" w:hAnsi="Arial"/>
        </w:rPr>
        <w:t>.</w:t>
      </w:r>
    </w:p>
    <w:p w14:paraId="22C3E269" w14:textId="77777777" w:rsidR="002928F8" w:rsidRDefault="00000000">
      <w:pPr>
        <w:spacing w:before="40" w:after="120"/>
        <w:rPr>
          <w:rFonts w:ascii="Arial" w:hAnsi="Arial"/>
          <w:iCs/>
          <w:color w:val="0D0D0D" w:themeColor="text1" w:themeTint="F2"/>
        </w:rPr>
      </w:pPr>
      <w:r w:rsidRPr="00973276">
        <w:rPr>
          <w:rFonts w:ascii="Arial" w:hAnsi="Arial"/>
          <w:iCs/>
          <w:color w:val="0D0D0D" w:themeColor="text1" w:themeTint="F2"/>
        </w:rPr>
        <w:t xml:space="preserve">Vīzas pieteikšanās laiks var svārstīties no 24 stundām (e-vīza) līdz 4–6 nedēļām (Ķīna, Indija, Austrālija). </w:t>
      </w:r>
      <w:proofErr w:type="spellStart"/>
      <w:r w:rsidRPr="00973276">
        <w:rPr>
          <w:rFonts w:ascii="Arial" w:hAnsi="Arial"/>
          <w:iCs/>
          <w:color w:val="0D0D0D" w:themeColor="text1" w:themeTint="F2"/>
        </w:rPr>
        <w:t>Vienmēr</w:t>
      </w:r>
      <w:proofErr w:type="spellEnd"/>
      <w:r w:rsidRPr="00973276">
        <w:rPr>
          <w:rFonts w:ascii="Arial" w:hAnsi="Arial"/>
          <w:iCs/>
          <w:color w:val="0D0D0D" w:themeColor="text1" w:themeTint="F2"/>
        </w:rPr>
        <w:t xml:space="preserve"> </w:t>
      </w:r>
      <w:proofErr w:type="spellStart"/>
      <w:r w:rsidRPr="00973276">
        <w:rPr>
          <w:rFonts w:ascii="Arial" w:hAnsi="Arial"/>
          <w:iCs/>
          <w:color w:val="0D0D0D" w:themeColor="text1" w:themeTint="F2"/>
        </w:rPr>
        <w:t>pārbaudi</w:t>
      </w:r>
      <w:proofErr w:type="spellEnd"/>
      <w:r w:rsidRPr="00973276">
        <w:rPr>
          <w:rFonts w:ascii="Arial" w:hAnsi="Arial"/>
          <w:iCs/>
          <w:color w:val="0D0D0D" w:themeColor="text1" w:themeTint="F2"/>
        </w:rPr>
        <w:t xml:space="preserve"> </w:t>
      </w:r>
      <w:proofErr w:type="spellStart"/>
      <w:r w:rsidRPr="00973276">
        <w:rPr>
          <w:rFonts w:ascii="Arial" w:hAnsi="Arial"/>
          <w:iCs/>
          <w:color w:val="0D0D0D" w:themeColor="text1" w:themeTint="F2"/>
        </w:rPr>
        <w:t>laicīgi</w:t>
      </w:r>
      <w:proofErr w:type="spellEnd"/>
      <w:r w:rsidRPr="00973276">
        <w:rPr>
          <w:rFonts w:ascii="Arial" w:hAnsi="Arial"/>
          <w:iCs/>
          <w:color w:val="0D0D0D" w:themeColor="text1" w:themeTint="F2"/>
        </w:rPr>
        <w:t>!</w:t>
      </w:r>
    </w:p>
    <w:p w14:paraId="14E6E6FD" w14:textId="77777777" w:rsidR="000C5519" w:rsidRPr="00973276" w:rsidRDefault="000C5519">
      <w:pPr>
        <w:spacing w:before="40" w:after="120"/>
        <w:rPr>
          <w:iCs/>
          <w:color w:val="0D0D0D" w:themeColor="text1" w:themeTint="F2"/>
        </w:rPr>
      </w:pPr>
    </w:p>
    <w:p w14:paraId="4FD19575" w14:textId="4D674C8C" w:rsidR="002928F8" w:rsidRDefault="00000000">
      <w:pPr>
        <w:spacing w:before="240" w:after="80"/>
      </w:pPr>
      <w:r>
        <w:rPr>
          <w:rFonts w:ascii="Arial" w:hAnsi="Arial"/>
          <w:b/>
          <w:color w:val="14468C"/>
          <w:sz w:val="24"/>
        </w:rPr>
        <w:lastRenderedPageBreak/>
        <w:t xml:space="preserve">🏥 </w:t>
      </w:r>
      <w:proofErr w:type="spellStart"/>
      <w:r>
        <w:rPr>
          <w:rFonts w:ascii="Arial" w:hAnsi="Arial"/>
          <w:b/>
          <w:color w:val="14468C"/>
          <w:sz w:val="24"/>
        </w:rPr>
        <w:t>Apdrošināšana</w:t>
      </w:r>
      <w:proofErr w:type="spellEnd"/>
      <w:r>
        <w:rPr>
          <w:rFonts w:ascii="Arial" w:hAnsi="Arial"/>
          <w:b/>
          <w:color w:val="14468C"/>
          <w:sz w:val="24"/>
        </w:rPr>
        <w:t xml:space="preserve"> un </w:t>
      </w:r>
      <w:proofErr w:type="spellStart"/>
      <w:r>
        <w:rPr>
          <w:rFonts w:ascii="Arial" w:hAnsi="Arial"/>
          <w:b/>
          <w:color w:val="14468C"/>
          <w:sz w:val="24"/>
        </w:rPr>
        <w:t>veselība</w:t>
      </w:r>
      <w:proofErr w:type="spellEnd"/>
    </w:p>
    <w:p w14:paraId="365F9600" w14:textId="640F0925" w:rsidR="002928F8" w:rsidRDefault="00000000">
      <w:pPr>
        <w:spacing w:before="40" w:after="120"/>
      </w:pPr>
      <w:proofErr w:type="spellStart"/>
      <w:r>
        <w:rPr>
          <w:rFonts w:ascii="Arial" w:hAnsi="Arial"/>
        </w:rPr>
        <w:t>Ceļojumu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apdrošināšana</w:t>
      </w:r>
      <w:proofErr w:type="spellEnd"/>
      <w:r>
        <w:rPr>
          <w:rFonts w:ascii="Arial" w:hAnsi="Arial"/>
        </w:rPr>
        <w:t xml:space="preserve"> nav </w:t>
      </w:r>
      <w:proofErr w:type="spellStart"/>
      <w:r>
        <w:rPr>
          <w:rFonts w:ascii="Arial" w:hAnsi="Arial"/>
        </w:rPr>
        <w:t>luksuss</w:t>
      </w:r>
      <w:proofErr w:type="spellEnd"/>
      <w:r w:rsidR="00973276">
        <w:rPr>
          <w:rFonts w:ascii="Arial" w:hAnsi="Arial"/>
        </w:rPr>
        <w:t xml:space="preserve"> -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nepieciešamība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Ārstēšanās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ārzemēs</w:t>
      </w:r>
      <w:proofErr w:type="spellEnd"/>
      <w:r>
        <w:rPr>
          <w:rFonts w:ascii="Arial" w:hAnsi="Arial"/>
        </w:rPr>
        <w:t xml:space="preserve"> var </w:t>
      </w:r>
      <w:proofErr w:type="spellStart"/>
      <w:r w:rsidR="00973276">
        <w:rPr>
          <w:rFonts w:ascii="Arial" w:hAnsi="Arial"/>
        </w:rPr>
        <w:t>radīt</w:t>
      </w:r>
      <w:proofErr w:type="spellEnd"/>
      <w:r w:rsidR="00973276">
        <w:rPr>
          <w:rFonts w:ascii="Arial" w:hAnsi="Arial"/>
        </w:rPr>
        <w:t xml:space="preserve"> </w:t>
      </w:r>
      <w:proofErr w:type="spellStart"/>
      <w:r w:rsidR="00973276">
        <w:rPr>
          <w:rFonts w:ascii="Arial" w:hAnsi="Arial"/>
        </w:rPr>
        <w:t>lielus</w:t>
      </w:r>
      <w:proofErr w:type="spellEnd"/>
      <w:r w:rsidR="00973276">
        <w:rPr>
          <w:rFonts w:ascii="Arial" w:hAnsi="Arial"/>
        </w:rPr>
        <w:t xml:space="preserve"> </w:t>
      </w:r>
      <w:proofErr w:type="spellStart"/>
      <w:r w:rsidR="00973276">
        <w:rPr>
          <w:rFonts w:ascii="Arial" w:hAnsi="Arial"/>
        </w:rPr>
        <w:t>papildu</w:t>
      </w:r>
      <w:proofErr w:type="spellEnd"/>
      <w:r w:rsidR="00973276">
        <w:rPr>
          <w:rFonts w:ascii="Arial" w:hAnsi="Arial"/>
        </w:rPr>
        <w:t xml:space="preserve"> </w:t>
      </w:r>
      <w:proofErr w:type="spellStart"/>
      <w:r w:rsidR="00973276">
        <w:rPr>
          <w:rFonts w:ascii="Arial" w:hAnsi="Arial"/>
        </w:rPr>
        <w:t>izdevumus</w:t>
      </w:r>
      <w:proofErr w:type="spellEnd"/>
      <w:r>
        <w:rPr>
          <w:rFonts w:ascii="Arial" w:hAnsi="Arial"/>
        </w:rPr>
        <w:t>. Mūsu ieteikumi:</w:t>
      </w:r>
    </w:p>
    <w:p w14:paraId="03EFA3BF" w14:textId="03B511DC" w:rsidR="002928F8" w:rsidRDefault="00000000" w:rsidP="00973276">
      <w:pPr>
        <w:spacing w:before="40" w:after="80"/>
        <w:ind w:left="397"/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Minimālais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medicīniskais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segums</w:t>
      </w:r>
      <w:proofErr w:type="spellEnd"/>
      <w:r>
        <w:rPr>
          <w:rFonts w:ascii="Arial" w:hAnsi="Arial"/>
        </w:rPr>
        <w:t xml:space="preserve">: €30 000 (Eiropā), €100 000+ (ASV, </w:t>
      </w:r>
      <w:proofErr w:type="spellStart"/>
      <w:r>
        <w:rPr>
          <w:rFonts w:ascii="Arial" w:hAnsi="Arial"/>
        </w:rPr>
        <w:t>Āzija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Austrālija</w:t>
      </w:r>
      <w:proofErr w:type="spellEnd"/>
      <w:r>
        <w:rPr>
          <w:rFonts w:ascii="Arial" w:hAnsi="Arial"/>
        </w:rPr>
        <w:t>)</w:t>
      </w:r>
      <w:r w:rsidR="00973276">
        <w:rPr>
          <w:rFonts w:ascii="Arial" w:hAnsi="Arial"/>
        </w:rPr>
        <w:t>.</w:t>
      </w:r>
    </w:p>
    <w:p w14:paraId="24F22005" w14:textId="77C323C6" w:rsidR="00973276" w:rsidRPr="00973276" w:rsidRDefault="00000000" w:rsidP="00973276">
      <w:pPr>
        <w:spacing w:before="40" w:after="80"/>
        <w:ind w:left="397"/>
        <w:rPr>
          <w:rFonts w:ascii="Arial" w:hAnsi="Arial"/>
        </w:rPr>
      </w:pPr>
      <w:r>
        <w:rPr>
          <w:rFonts w:ascii="Arial" w:hAnsi="Arial"/>
          <w:b/>
          <w:color w:val="1A468C"/>
        </w:rPr>
        <w:t xml:space="preserve">✓ </w:t>
      </w:r>
      <w:proofErr w:type="spellStart"/>
      <w:r>
        <w:rPr>
          <w:rFonts w:ascii="Arial" w:hAnsi="Arial"/>
        </w:rPr>
        <w:t>Aktīvā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sporta</w:t>
      </w:r>
      <w:proofErr w:type="spellEnd"/>
      <w:r>
        <w:rPr>
          <w:rFonts w:ascii="Arial" w:hAnsi="Arial"/>
        </w:rPr>
        <w:t xml:space="preserve"> (</w:t>
      </w:r>
      <w:proofErr w:type="spellStart"/>
      <w:r>
        <w:rPr>
          <w:rFonts w:ascii="Arial" w:hAnsi="Arial"/>
        </w:rPr>
        <w:t>niršana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pārgājieni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slēpošana</w:t>
      </w:r>
      <w:proofErr w:type="spellEnd"/>
      <w:r w:rsidR="00973276">
        <w:rPr>
          <w:rFonts w:ascii="Arial" w:hAnsi="Arial"/>
        </w:rPr>
        <w:t xml:space="preserve"> </w:t>
      </w:r>
      <w:proofErr w:type="spellStart"/>
      <w:r w:rsidR="00973276">
        <w:rPr>
          <w:rFonts w:ascii="Arial" w:hAnsi="Arial"/>
        </w:rPr>
        <w:t>u.c.</w:t>
      </w:r>
      <w:proofErr w:type="spellEnd"/>
      <w:r>
        <w:rPr>
          <w:rFonts w:ascii="Arial" w:hAnsi="Arial"/>
        </w:rPr>
        <w:t xml:space="preserve">) </w:t>
      </w:r>
      <w:proofErr w:type="spellStart"/>
      <w:r>
        <w:rPr>
          <w:rFonts w:ascii="Arial" w:hAnsi="Arial"/>
        </w:rPr>
        <w:t>gadījumā</w:t>
      </w:r>
      <w:proofErr w:type="spellEnd"/>
      <w:r>
        <w:rPr>
          <w:rFonts w:ascii="Arial" w:hAnsi="Arial"/>
        </w:rPr>
        <w:t xml:space="preserve"> </w:t>
      </w:r>
      <w:r w:rsidR="00973276">
        <w:rPr>
          <w:rFonts w:ascii="Arial" w:hAnsi="Arial"/>
        </w:rPr>
        <w:t xml:space="preserve">- </w:t>
      </w:r>
      <w:proofErr w:type="spellStart"/>
      <w:r>
        <w:rPr>
          <w:rFonts w:ascii="Arial" w:hAnsi="Arial"/>
        </w:rPr>
        <w:t>specifiski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pārbaud</w:t>
      </w:r>
      <w:r w:rsidR="00973276">
        <w:rPr>
          <w:rFonts w:ascii="Arial" w:hAnsi="Arial"/>
        </w:rPr>
        <w:t>īt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vai</w:t>
      </w:r>
      <w:proofErr w:type="spellEnd"/>
      <w:r>
        <w:rPr>
          <w:rFonts w:ascii="Arial" w:hAnsi="Arial"/>
        </w:rPr>
        <w:t xml:space="preserve"> </w:t>
      </w:r>
      <w:proofErr w:type="spellStart"/>
      <w:r w:rsidR="00973276">
        <w:rPr>
          <w:rFonts w:ascii="Arial" w:hAnsi="Arial"/>
        </w:rPr>
        <w:t>noteiktā</w:t>
      </w:r>
      <w:proofErr w:type="spellEnd"/>
      <w:r w:rsidR="00973276">
        <w:rPr>
          <w:rFonts w:ascii="Arial" w:hAnsi="Arial"/>
        </w:rPr>
        <w:t xml:space="preserve"> </w:t>
      </w:r>
      <w:proofErr w:type="spellStart"/>
      <w:r w:rsidR="00973276">
        <w:rPr>
          <w:rFonts w:ascii="Arial" w:hAnsi="Arial"/>
        </w:rPr>
        <w:t>lieta</w:t>
      </w:r>
      <w:proofErr w:type="spellEnd"/>
      <w:r w:rsidR="00973276"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iekļaut</w:t>
      </w:r>
      <w:r w:rsidR="00973276">
        <w:rPr>
          <w:rFonts w:ascii="Arial" w:hAnsi="Arial"/>
        </w:rPr>
        <w:t>a</w:t>
      </w:r>
      <w:proofErr w:type="spellEnd"/>
      <w:r w:rsidR="00973276">
        <w:rPr>
          <w:rFonts w:ascii="Arial" w:hAnsi="Arial"/>
        </w:rPr>
        <w:t>.</w:t>
      </w:r>
    </w:p>
    <w:p w14:paraId="29C5424D" w14:textId="56D6453C" w:rsidR="002928F8" w:rsidRPr="000C5519" w:rsidRDefault="00000000" w:rsidP="000C5519">
      <w:pPr>
        <w:spacing w:before="40" w:after="120"/>
        <w:rPr>
          <w:iCs/>
          <w:color w:val="0D0D0D" w:themeColor="text1" w:themeTint="F2"/>
        </w:rPr>
      </w:pPr>
      <w:proofErr w:type="spellStart"/>
      <w:r w:rsidRPr="00973276">
        <w:rPr>
          <w:rFonts w:ascii="Arial" w:hAnsi="Arial"/>
          <w:iCs/>
          <w:color w:val="0D0D0D" w:themeColor="text1" w:themeTint="F2"/>
        </w:rPr>
        <w:t>Vakcinācijas</w:t>
      </w:r>
      <w:proofErr w:type="spellEnd"/>
      <w:r w:rsidRPr="00973276">
        <w:rPr>
          <w:rFonts w:ascii="Arial" w:hAnsi="Arial"/>
          <w:iCs/>
          <w:color w:val="0D0D0D" w:themeColor="text1" w:themeTint="F2"/>
        </w:rPr>
        <w:t xml:space="preserve">: </w:t>
      </w:r>
      <w:proofErr w:type="spellStart"/>
      <w:r w:rsidRPr="00973276">
        <w:rPr>
          <w:rFonts w:ascii="Arial" w:hAnsi="Arial"/>
          <w:iCs/>
          <w:color w:val="0D0D0D" w:themeColor="text1" w:themeTint="F2"/>
        </w:rPr>
        <w:t>dažas</w:t>
      </w:r>
      <w:proofErr w:type="spellEnd"/>
      <w:r w:rsidRPr="00973276">
        <w:rPr>
          <w:rFonts w:ascii="Arial" w:hAnsi="Arial"/>
          <w:iCs/>
          <w:color w:val="0D0D0D" w:themeColor="text1" w:themeTint="F2"/>
        </w:rPr>
        <w:t xml:space="preserve"> </w:t>
      </w:r>
      <w:proofErr w:type="spellStart"/>
      <w:r w:rsidRPr="00973276">
        <w:rPr>
          <w:rFonts w:ascii="Arial" w:hAnsi="Arial"/>
          <w:iCs/>
          <w:color w:val="0D0D0D" w:themeColor="text1" w:themeTint="F2"/>
        </w:rPr>
        <w:t>valstis</w:t>
      </w:r>
      <w:proofErr w:type="spellEnd"/>
      <w:r w:rsidRPr="00973276">
        <w:rPr>
          <w:rFonts w:ascii="Arial" w:hAnsi="Arial"/>
          <w:iCs/>
          <w:color w:val="0D0D0D" w:themeColor="text1" w:themeTint="F2"/>
        </w:rPr>
        <w:t xml:space="preserve"> </w:t>
      </w:r>
      <w:proofErr w:type="spellStart"/>
      <w:r w:rsidRPr="00973276">
        <w:rPr>
          <w:rFonts w:ascii="Arial" w:hAnsi="Arial"/>
          <w:iCs/>
          <w:color w:val="0D0D0D" w:themeColor="text1" w:themeTint="F2"/>
        </w:rPr>
        <w:t>pieprasa</w:t>
      </w:r>
      <w:proofErr w:type="spellEnd"/>
      <w:r w:rsidRPr="00973276">
        <w:rPr>
          <w:rFonts w:ascii="Arial" w:hAnsi="Arial"/>
          <w:iCs/>
          <w:color w:val="0D0D0D" w:themeColor="text1" w:themeTint="F2"/>
        </w:rPr>
        <w:t xml:space="preserve"> obligātas vakcinācijas (dzeltenais drudzis, meningīts). Pārbaudi Pasaules Veselības organizācijas ieteikumus (who.int) un konsultējies ar savu </w:t>
      </w:r>
      <w:proofErr w:type="spellStart"/>
      <w:r w:rsidRPr="00973276">
        <w:rPr>
          <w:rFonts w:ascii="Arial" w:hAnsi="Arial"/>
          <w:iCs/>
          <w:color w:val="0D0D0D" w:themeColor="text1" w:themeTint="F2"/>
        </w:rPr>
        <w:t>ārstu</w:t>
      </w:r>
      <w:proofErr w:type="spellEnd"/>
      <w:r w:rsidRPr="00973276">
        <w:rPr>
          <w:rFonts w:ascii="Arial" w:hAnsi="Arial"/>
          <w:iCs/>
          <w:color w:val="0D0D0D" w:themeColor="text1" w:themeTint="F2"/>
        </w:rPr>
        <w:t xml:space="preserve"> </w:t>
      </w:r>
      <w:proofErr w:type="spellStart"/>
      <w:r w:rsidRPr="00973276">
        <w:rPr>
          <w:rFonts w:ascii="Arial" w:hAnsi="Arial"/>
          <w:iCs/>
          <w:color w:val="0D0D0D" w:themeColor="text1" w:themeTint="F2"/>
        </w:rPr>
        <w:t>vismaz</w:t>
      </w:r>
      <w:proofErr w:type="spellEnd"/>
      <w:r w:rsidRPr="00973276">
        <w:rPr>
          <w:rFonts w:ascii="Arial" w:hAnsi="Arial"/>
          <w:iCs/>
          <w:color w:val="0D0D0D" w:themeColor="text1" w:themeTint="F2"/>
        </w:rPr>
        <w:t xml:space="preserve"> 4–6 </w:t>
      </w:r>
      <w:proofErr w:type="spellStart"/>
      <w:r w:rsidRPr="00973276">
        <w:rPr>
          <w:rFonts w:ascii="Arial" w:hAnsi="Arial"/>
          <w:iCs/>
          <w:color w:val="0D0D0D" w:themeColor="text1" w:themeTint="F2"/>
        </w:rPr>
        <w:t>nedēļas</w:t>
      </w:r>
      <w:proofErr w:type="spellEnd"/>
      <w:r w:rsidRPr="00973276">
        <w:rPr>
          <w:rFonts w:ascii="Arial" w:hAnsi="Arial"/>
          <w:iCs/>
          <w:color w:val="0D0D0D" w:themeColor="text1" w:themeTint="F2"/>
        </w:rPr>
        <w:t xml:space="preserve"> </w:t>
      </w:r>
      <w:proofErr w:type="spellStart"/>
      <w:r w:rsidRPr="00973276">
        <w:rPr>
          <w:rFonts w:ascii="Arial" w:hAnsi="Arial"/>
          <w:iCs/>
          <w:color w:val="0D0D0D" w:themeColor="text1" w:themeTint="F2"/>
        </w:rPr>
        <w:t>pirms</w:t>
      </w:r>
      <w:proofErr w:type="spellEnd"/>
      <w:r w:rsidRPr="00973276">
        <w:rPr>
          <w:rFonts w:ascii="Arial" w:hAnsi="Arial"/>
          <w:iCs/>
          <w:color w:val="0D0D0D" w:themeColor="text1" w:themeTint="F2"/>
        </w:rPr>
        <w:t xml:space="preserve"> </w:t>
      </w:r>
      <w:proofErr w:type="spellStart"/>
      <w:r w:rsidRPr="00973276">
        <w:rPr>
          <w:rFonts w:ascii="Arial" w:hAnsi="Arial"/>
          <w:iCs/>
          <w:color w:val="0D0D0D" w:themeColor="text1" w:themeTint="F2"/>
        </w:rPr>
        <w:t>izbraukšanas</w:t>
      </w:r>
      <w:proofErr w:type="spellEnd"/>
      <w:r w:rsidRPr="00973276">
        <w:rPr>
          <w:rFonts w:ascii="Arial" w:hAnsi="Arial"/>
          <w:iCs/>
          <w:color w:val="0D0D0D" w:themeColor="text1" w:themeTint="F2"/>
        </w:rPr>
        <w:t>.</w:t>
      </w:r>
    </w:p>
    <w:p w14:paraId="0F8D4D7B" w14:textId="46D2800B" w:rsidR="002928F8" w:rsidRDefault="00000000">
      <w:pPr>
        <w:shd w:val="clear" w:color="auto" w:fill="1A4A7A"/>
        <w:spacing w:before="360" w:after="120"/>
        <w:ind w:left="170"/>
      </w:pPr>
      <w:r>
        <w:rPr>
          <w:rFonts w:ascii="Arial" w:hAnsi="Arial"/>
          <w:b/>
          <w:color w:val="FFFFFF"/>
          <w:sz w:val="28"/>
        </w:rPr>
        <w:t>7. 💡 CENU PĀRREDZAMĪBA UN GODĪGUMS</w:t>
      </w:r>
    </w:p>
    <w:p w14:paraId="3AE2226E" w14:textId="3168B2DF" w:rsidR="002928F8" w:rsidRDefault="00000000">
      <w:pPr>
        <w:pBdr>
          <w:top w:val="single" w:sz="4" w:space="6" w:color="C9A84C"/>
          <w:left w:val="single" w:sz="4" w:space="6" w:color="C9A84C"/>
          <w:bottom w:val="single" w:sz="4" w:space="6" w:color="C9A84C"/>
          <w:right w:val="single" w:sz="4" w:space="6" w:color="C9A84C"/>
        </w:pBdr>
        <w:shd w:val="clear" w:color="auto" w:fill="FFFBF0"/>
        <w:spacing w:before="120" w:after="120"/>
        <w:ind w:left="283" w:right="283"/>
      </w:pPr>
      <w:r>
        <w:rPr>
          <w:rFonts w:ascii="Arial" w:hAnsi="Arial"/>
          <w:i/>
          <w:color w:val="50320A"/>
          <w:sz w:val="21"/>
        </w:rPr>
        <w:t xml:space="preserve">Mēs nesaņemam komisiju no </w:t>
      </w:r>
      <w:proofErr w:type="spellStart"/>
      <w:r>
        <w:rPr>
          <w:rFonts w:ascii="Arial" w:hAnsi="Arial"/>
          <w:i/>
          <w:color w:val="50320A"/>
          <w:sz w:val="21"/>
        </w:rPr>
        <w:t>viesnīcām</w:t>
      </w:r>
      <w:proofErr w:type="spellEnd"/>
      <w:r>
        <w:rPr>
          <w:rFonts w:ascii="Arial" w:hAnsi="Arial"/>
          <w:i/>
          <w:color w:val="50320A"/>
          <w:sz w:val="21"/>
        </w:rPr>
        <w:t xml:space="preserve">, </w:t>
      </w:r>
      <w:proofErr w:type="spellStart"/>
      <w:r>
        <w:rPr>
          <w:rFonts w:ascii="Arial" w:hAnsi="Arial"/>
          <w:i/>
          <w:color w:val="50320A"/>
          <w:sz w:val="21"/>
        </w:rPr>
        <w:t>restorāniem</w:t>
      </w:r>
      <w:proofErr w:type="spellEnd"/>
      <w:r>
        <w:rPr>
          <w:rFonts w:ascii="Arial" w:hAnsi="Arial"/>
          <w:i/>
          <w:color w:val="50320A"/>
          <w:sz w:val="21"/>
        </w:rPr>
        <w:t xml:space="preserve"> </w:t>
      </w:r>
      <w:proofErr w:type="spellStart"/>
      <w:r>
        <w:rPr>
          <w:rFonts w:ascii="Arial" w:hAnsi="Arial"/>
          <w:i/>
          <w:color w:val="50320A"/>
          <w:sz w:val="21"/>
        </w:rPr>
        <w:t>vai</w:t>
      </w:r>
      <w:proofErr w:type="spellEnd"/>
      <w:r>
        <w:rPr>
          <w:rFonts w:ascii="Arial" w:hAnsi="Arial"/>
          <w:i/>
          <w:color w:val="50320A"/>
          <w:sz w:val="21"/>
        </w:rPr>
        <w:t xml:space="preserve"> </w:t>
      </w:r>
      <w:proofErr w:type="spellStart"/>
      <w:r>
        <w:rPr>
          <w:rFonts w:ascii="Arial" w:hAnsi="Arial"/>
          <w:i/>
          <w:color w:val="50320A"/>
          <w:sz w:val="21"/>
        </w:rPr>
        <w:t>ekskursiju</w:t>
      </w:r>
      <w:proofErr w:type="spellEnd"/>
      <w:r>
        <w:rPr>
          <w:rFonts w:ascii="Arial" w:hAnsi="Arial"/>
          <w:i/>
          <w:color w:val="50320A"/>
          <w:sz w:val="21"/>
        </w:rPr>
        <w:t xml:space="preserve"> </w:t>
      </w:r>
      <w:proofErr w:type="spellStart"/>
      <w:r>
        <w:rPr>
          <w:rFonts w:ascii="Arial" w:hAnsi="Arial"/>
          <w:i/>
          <w:color w:val="50320A"/>
          <w:sz w:val="21"/>
        </w:rPr>
        <w:t>operatoriem</w:t>
      </w:r>
      <w:proofErr w:type="spellEnd"/>
      <w:r>
        <w:rPr>
          <w:rFonts w:ascii="Arial" w:hAnsi="Arial"/>
          <w:i/>
          <w:color w:val="50320A"/>
          <w:sz w:val="21"/>
        </w:rPr>
        <w:t xml:space="preserve"> par to</w:t>
      </w:r>
      <w:r w:rsidR="00834484">
        <w:rPr>
          <w:rFonts w:ascii="Arial" w:hAnsi="Arial"/>
          <w:i/>
          <w:color w:val="50320A"/>
          <w:sz w:val="21"/>
        </w:rPr>
        <w:t>,</w:t>
      </w:r>
      <w:r>
        <w:rPr>
          <w:rFonts w:ascii="Arial" w:hAnsi="Arial"/>
          <w:i/>
          <w:color w:val="50320A"/>
          <w:sz w:val="21"/>
        </w:rPr>
        <w:t xml:space="preserve"> ka </w:t>
      </w:r>
      <w:proofErr w:type="spellStart"/>
      <w:r>
        <w:rPr>
          <w:rFonts w:ascii="Arial" w:hAnsi="Arial"/>
          <w:i/>
          <w:color w:val="50320A"/>
          <w:sz w:val="21"/>
        </w:rPr>
        <w:t>tos</w:t>
      </w:r>
      <w:proofErr w:type="spellEnd"/>
      <w:r>
        <w:rPr>
          <w:rFonts w:ascii="Arial" w:hAnsi="Arial"/>
          <w:i/>
          <w:color w:val="50320A"/>
          <w:sz w:val="21"/>
        </w:rPr>
        <w:t xml:space="preserve"> </w:t>
      </w:r>
      <w:proofErr w:type="spellStart"/>
      <w:r>
        <w:rPr>
          <w:rFonts w:ascii="Arial" w:hAnsi="Arial"/>
          <w:i/>
          <w:color w:val="50320A"/>
          <w:sz w:val="21"/>
        </w:rPr>
        <w:t>iekļaujam</w:t>
      </w:r>
      <w:proofErr w:type="spellEnd"/>
      <w:r>
        <w:rPr>
          <w:rFonts w:ascii="Arial" w:hAnsi="Arial"/>
          <w:i/>
          <w:color w:val="50320A"/>
          <w:sz w:val="21"/>
        </w:rPr>
        <w:t xml:space="preserve"> </w:t>
      </w:r>
      <w:proofErr w:type="spellStart"/>
      <w:r>
        <w:rPr>
          <w:rFonts w:ascii="Arial" w:hAnsi="Arial"/>
          <w:i/>
          <w:color w:val="50320A"/>
          <w:sz w:val="21"/>
        </w:rPr>
        <w:t>mūsu</w:t>
      </w:r>
      <w:proofErr w:type="spellEnd"/>
      <w:r>
        <w:rPr>
          <w:rFonts w:ascii="Arial" w:hAnsi="Arial"/>
          <w:i/>
          <w:color w:val="50320A"/>
          <w:sz w:val="21"/>
        </w:rPr>
        <w:t xml:space="preserve"> </w:t>
      </w:r>
      <w:proofErr w:type="spellStart"/>
      <w:r>
        <w:rPr>
          <w:rFonts w:ascii="Arial" w:hAnsi="Arial"/>
          <w:i/>
          <w:color w:val="50320A"/>
          <w:sz w:val="21"/>
        </w:rPr>
        <w:t>plānos</w:t>
      </w:r>
      <w:proofErr w:type="spellEnd"/>
      <w:r>
        <w:rPr>
          <w:rFonts w:ascii="Arial" w:hAnsi="Arial"/>
          <w:i/>
          <w:color w:val="50320A"/>
          <w:sz w:val="21"/>
        </w:rPr>
        <w:t xml:space="preserve">. Ieteikumi </w:t>
      </w:r>
      <w:proofErr w:type="spellStart"/>
      <w:r>
        <w:rPr>
          <w:rFonts w:ascii="Arial" w:hAnsi="Arial"/>
          <w:i/>
          <w:color w:val="50320A"/>
          <w:sz w:val="21"/>
        </w:rPr>
        <w:t>ir</w:t>
      </w:r>
      <w:proofErr w:type="spellEnd"/>
      <w:r>
        <w:rPr>
          <w:rFonts w:ascii="Arial" w:hAnsi="Arial"/>
          <w:i/>
          <w:color w:val="50320A"/>
          <w:sz w:val="21"/>
        </w:rPr>
        <w:t xml:space="preserve"> </w:t>
      </w:r>
      <w:proofErr w:type="spellStart"/>
      <w:r>
        <w:rPr>
          <w:rFonts w:ascii="Arial" w:hAnsi="Arial"/>
          <w:i/>
          <w:color w:val="50320A"/>
          <w:sz w:val="21"/>
        </w:rPr>
        <w:t>balstīti</w:t>
      </w:r>
      <w:proofErr w:type="spellEnd"/>
      <w:r>
        <w:rPr>
          <w:rFonts w:ascii="Arial" w:hAnsi="Arial"/>
          <w:i/>
          <w:color w:val="50320A"/>
          <w:sz w:val="21"/>
        </w:rPr>
        <w:t xml:space="preserve"> </w:t>
      </w:r>
      <w:proofErr w:type="spellStart"/>
      <w:r>
        <w:rPr>
          <w:rFonts w:ascii="Arial" w:hAnsi="Arial"/>
          <w:i/>
          <w:color w:val="50320A"/>
          <w:sz w:val="21"/>
        </w:rPr>
        <w:t>uz</w:t>
      </w:r>
      <w:proofErr w:type="spellEnd"/>
      <w:r>
        <w:rPr>
          <w:rFonts w:ascii="Arial" w:hAnsi="Arial"/>
          <w:i/>
          <w:color w:val="50320A"/>
          <w:sz w:val="21"/>
        </w:rPr>
        <w:t xml:space="preserve"> </w:t>
      </w:r>
      <w:proofErr w:type="spellStart"/>
      <w:r>
        <w:rPr>
          <w:rFonts w:ascii="Arial" w:hAnsi="Arial"/>
          <w:i/>
          <w:color w:val="50320A"/>
          <w:sz w:val="21"/>
        </w:rPr>
        <w:t>kvalitāti</w:t>
      </w:r>
      <w:proofErr w:type="spellEnd"/>
      <w:r w:rsidR="00834484">
        <w:rPr>
          <w:rFonts w:ascii="Arial" w:hAnsi="Arial"/>
          <w:i/>
          <w:color w:val="50320A"/>
          <w:sz w:val="21"/>
        </w:rPr>
        <w:t>,</w:t>
      </w:r>
      <w:r>
        <w:rPr>
          <w:rFonts w:ascii="Arial" w:hAnsi="Arial"/>
          <w:i/>
          <w:color w:val="50320A"/>
          <w:sz w:val="21"/>
        </w:rPr>
        <w:t xml:space="preserve"> un </w:t>
      </w:r>
      <w:proofErr w:type="spellStart"/>
      <w:r>
        <w:rPr>
          <w:rFonts w:ascii="Arial" w:hAnsi="Arial"/>
          <w:i/>
          <w:color w:val="50320A"/>
          <w:sz w:val="21"/>
        </w:rPr>
        <w:t>piemērotību</w:t>
      </w:r>
      <w:proofErr w:type="spellEnd"/>
      <w:r>
        <w:rPr>
          <w:rFonts w:ascii="Arial" w:hAnsi="Arial"/>
          <w:i/>
          <w:color w:val="50320A"/>
          <w:sz w:val="21"/>
        </w:rPr>
        <w:t xml:space="preserve"> </w:t>
      </w:r>
      <w:proofErr w:type="spellStart"/>
      <w:r>
        <w:rPr>
          <w:rFonts w:ascii="Arial" w:hAnsi="Arial"/>
          <w:i/>
          <w:color w:val="50320A"/>
          <w:sz w:val="21"/>
        </w:rPr>
        <w:t>konkrētajam</w:t>
      </w:r>
      <w:proofErr w:type="spellEnd"/>
      <w:r>
        <w:rPr>
          <w:rFonts w:ascii="Arial" w:hAnsi="Arial"/>
          <w:i/>
          <w:color w:val="50320A"/>
          <w:sz w:val="21"/>
        </w:rPr>
        <w:t xml:space="preserve"> </w:t>
      </w:r>
      <w:proofErr w:type="spellStart"/>
      <w:r>
        <w:rPr>
          <w:rFonts w:ascii="Arial" w:hAnsi="Arial"/>
          <w:i/>
          <w:color w:val="50320A"/>
          <w:sz w:val="21"/>
        </w:rPr>
        <w:t>klientam</w:t>
      </w:r>
      <w:proofErr w:type="spellEnd"/>
      <w:r>
        <w:rPr>
          <w:rFonts w:ascii="Arial" w:hAnsi="Arial"/>
          <w:i/>
          <w:color w:val="50320A"/>
          <w:sz w:val="21"/>
        </w:rPr>
        <w:t xml:space="preserve"> </w:t>
      </w:r>
      <w:r w:rsidR="00834484">
        <w:rPr>
          <w:rFonts w:ascii="Arial" w:hAnsi="Arial"/>
          <w:i/>
          <w:color w:val="50320A"/>
          <w:sz w:val="21"/>
        </w:rPr>
        <w:t xml:space="preserve">- </w:t>
      </w:r>
      <w:proofErr w:type="spellStart"/>
      <w:r>
        <w:rPr>
          <w:rFonts w:ascii="Arial" w:hAnsi="Arial"/>
          <w:i/>
          <w:color w:val="50320A"/>
          <w:sz w:val="21"/>
        </w:rPr>
        <w:t>nevis</w:t>
      </w:r>
      <w:proofErr w:type="spellEnd"/>
      <w:r>
        <w:rPr>
          <w:rFonts w:ascii="Arial" w:hAnsi="Arial"/>
          <w:i/>
          <w:color w:val="50320A"/>
          <w:sz w:val="21"/>
        </w:rPr>
        <w:t xml:space="preserve"> </w:t>
      </w:r>
      <w:proofErr w:type="spellStart"/>
      <w:r>
        <w:rPr>
          <w:rFonts w:ascii="Arial" w:hAnsi="Arial"/>
          <w:i/>
          <w:color w:val="50320A"/>
          <w:sz w:val="21"/>
        </w:rPr>
        <w:t>reklāmas</w:t>
      </w:r>
      <w:proofErr w:type="spellEnd"/>
      <w:r>
        <w:rPr>
          <w:rFonts w:ascii="Arial" w:hAnsi="Arial"/>
          <w:i/>
          <w:color w:val="50320A"/>
          <w:sz w:val="21"/>
        </w:rPr>
        <w:t xml:space="preserve"> </w:t>
      </w:r>
      <w:proofErr w:type="spellStart"/>
      <w:r>
        <w:rPr>
          <w:rFonts w:ascii="Arial" w:hAnsi="Arial"/>
          <w:i/>
          <w:color w:val="50320A"/>
          <w:sz w:val="21"/>
        </w:rPr>
        <w:t>maksājumiem</w:t>
      </w:r>
      <w:proofErr w:type="spellEnd"/>
      <w:r>
        <w:rPr>
          <w:rFonts w:ascii="Arial" w:hAnsi="Arial"/>
          <w:i/>
          <w:color w:val="50320A"/>
          <w:sz w:val="21"/>
        </w:rPr>
        <w:t xml:space="preserve">. Dažas saites mūsu plānos un mājaslapā var būt affiliate </w:t>
      </w:r>
      <w:proofErr w:type="spellStart"/>
      <w:r>
        <w:rPr>
          <w:rFonts w:ascii="Arial" w:hAnsi="Arial"/>
          <w:i/>
          <w:color w:val="50320A"/>
          <w:sz w:val="21"/>
        </w:rPr>
        <w:t>saites</w:t>
      </w:r>
      <w:proofErr w:type="spellEnd"/>
      <w:r>
        <w:rPr>
          <w:rFonts w:ascii="Arial" w:hAnsi="Arial"/>
          <w:i/>
          <w:color w:val="50320A"/>
          <w:sz w:val="21"/>
        </w:rPr>
        <w:t xml:space="preserve"> (Booking.com, </w:t>
      </w:r>
      <w:proofErr w:type="spellStart"/>
      <w:r>
        <w:rPr>
          <w:rFonts w:ascii="Arial" w:hAnsi="Arial"/>
          <w:i/>
          <w:color w:val="50320A"/>
          <w:sz w:val="21"/>
        </w:rPr>
        <w:t>GetYourGuide</w:t>
      </w:r>
      <w:proofErr w:type="spellEnd"/>
      <w:r w:rsidR="00834484">
        <w:rPr>
          <w:rFonts w:ascii="Arial" w:hAnsi="Arial"/>
          <w:i/>
          <w:color w:val="50320A"/>
          <w:sz w:val="21"/>
        </w:rPr>
        <w:t>) -</w:t>
      </w:r>
      <w:r>
        <w:rPr>
          <w:rFonts w:ascii="Arial" w:hAnsi="Arial"/>
          <w:i/>
          <w:color w:val="50320A"/>
          <w:sz w:val="21"/>
        </w:rPr>
        <w:t xml:space="preserve"> </w:t>
      </w:r>
      <w:proofErr w:type="spellStart"/>
      <w:r>
        <w:rPr>
          <w:rFonts w:ascii="Arial" w:hAnsi="Arial"/>
          <w:i/>
          <w:color w:val="50320A"/>
          <w:sz w:val="21"/>
        </w:rPr>
        <w:t>tas</w:t>
      </w:r>
      <w:proofErr w:type="spellEnd"/>
      <w:r>
        <w:rPr>
          <w:rFonts w:ascii="Arial" w:hAnsi="Arial"/>
          <w:i/>
          <w:color w:val="50320A"/>
          <w:sz w:val="21"/>
        </w:rPr>
        <w:t xml:space="preserve"> </w:t>
      </w:r>
      <w:proofErr w:type="spellStart"/>
      <w:r>
        <w:rPr>
          <w:rFonts w:ascii="Arial" w:hAnsi="Arial"/>
          <w:i/>
          <w:color w:val="50320A"/>
          <w:sz w:val="21"/>
        </w:rPr>
        <w:t>nozīmē</w:t>
      </w:r>
      <w:proofErr w:type="spellEnd"/>
      <w:r w:rsidR="00834484">
        <w:rPr>
          <w:rFonts w:ascii="Arial" w:hAnsi="Arial"/>
          <w:i/>
          <w:color w:val="50320A"/>
          <w:sz w:val="21"/>
        </w:rPr>
        <w:t>,</w:t>
      </w:r>
      <w:r>
        <w:rPr>
          <w:rFonts w:ascii="Arial" w:hAnsi="Arial"/>
          <w:i/>
          <w:color w:val="50320A"/>
          <w:sz w:val="21"/>
        </w:rPr>
        <w:t xml:space="preserve"> ka </w:t>
      </w:r>
      <w:proofErr w:type="spellStart"/>
      <w:r>
        <w:rPr>
          <w:rFonts w:ascii="Arial" w:hAnsi="Arial"/>
          <w:i/>
          <w:color w:val="50320A"/>
          <w:sz w:val="21"/>
        </w:rPr>
        <w:t>mēs</w:t>
      </w:r>
      <w:proofErr w:type="spellEnd"/>
      <w:r>
        <w:rPr>
          <w:rFonts w:ascii="Arial" w:hAnsi="Arial"/>
          <w:i/>
          <w:color w:val="50320A"/>
          <w:sz w:val="21"/>
        </w:rPr>
        <w:t xml:space="preserve"> </w:t>
      </w:r>
      <w:proofErr w:type="spellStart"/>
      <w:r>
        <w:rPr>
          <w:rFonts w:ascii="Arial" w:hAnsi="Arial"/>
          <w:i/>
          <w:color w:val="50320A"/>
          <w:sz w:val="21"/>
        </w:rPr>
        <w:t>saņemam</w:t>
      </w:r>
      <w:proofErr w:type="spellEnd"/>
      <w:r>
        <w:rPr>
          <w:rFonts w:ascii="Arial" w:hAnsi="Arial"/>
          <w:i/>
          <w:color w:val="50320A"/>
          <w:sz w:val="21"/>
        </w:rPr>
        <w:t xml:space="preserve"> </w:t>
      </w:r>
      <w:proofErr w:type="spellStart"/>
      <w:r>
        <w:rPr>
          <w:rFonts w:ascii="Arial" w:hAnsi="Arial"/>
          <w:i/>
          <w:color w:val="50320A"/>
          <w:sz w:val="21"/>
        </w:rPr>
        <w:t>nelielu</w:t>
      </w:r>
      <w:proofErr w:type="spellEnd"/>
      <w:r>
        <w:rPr>
          <w:rFonts w:ascii="Arial" w:hAnsi="Arial"/>
          <w:i/>
          <w:color w:val="50320A"/>
          <w:sz w:val="21"/>
        </w:rPr>
        <w:t xml:space="preserve"> </w:t>
      </w:r>
      <w:proofErr w:type="spellStart"/>
      <w:r>
        <w:rPr>
          <w:rFonts w:ascii="Arial" w:hAnsi="Arial"/>
          <w:i/>
          <w:color w:val="50320A"/>
          <w:sz w:val="21"/>
        </w:rPr>
        <w:t>komisiju</w:t>
      </w:r>
      <w:proofErr w:type="spellEnd"/>
      <w:r>
        <w:rPr>
          <w:rFonts w:ascii="Arial" w:hAnsi="Arial"/>
          <w:i/>
          <w:color w:val="50320A"/>
          <w:sz w:val="21"/>
        </w:rPr>
        <w:t xml:space="preserve"> JA </w:t>
      </w:r>
      <w:proofErr w:type="spellStart"/>
      <w:r w:rsidR="00834484">
        <w:rPr>
          <w:rFonts w:ascii="Arial" w:hAnsi="Arial"/>
          <w:i/>
          <w:color w:val="50320A"/>
          <w:sz w:val="21"/>
        </w:rPr>
        <w:t>klients</w:t>
      </w:r>
      <w:proofErr w:type="spellEnd"/>
      <w:r w:rsidR="00834484">
        <w:rPr>
          <w:rFonts w:ascii="Arial" w:hAnsi="Arial"/>
          <w:i/>
          <w:color w:val="50320A"/>
          <w:sz w:val="21"/>
        </w:rPr>
        <w:t xml:space="preserve"> </w:t>
      </w:r>
      <w:proofErr w:type="spellStart"/>
      <w:r>
        <w:rPr>
          <w:rFonts w:ascii="Arial" w:hAnsi="Arial"/>
          <w:i/>
          <w:color w:val="50320A"/>
          <w:sz w:val="21"/>
        </w:rPr>
        <w:t>veic</w:t>
      </w:r>
      <w:proofErr w:type="spellEnd"/>
      <w:r>
        <w:rPr>
          <w:rFonts w:ascii="Arial" w:hAnsi="Arial"/>
          <w:i/>
          <w:color w:val="50320A"/>
          <w:sz w:val="21"/>
        </w:rPr>
        <w:t xml:space="preserve"> </w:t>
      </w:r>
      <w:proofErr w:type="spellStart"/>
      <w:r>
        <w:rPr>
          <w:rFonts w:ascii="Arial" w:hAnsi="Arial"/>
          <w:i/>
          <w:color w:val="50320A"/>
          <w:sz w:val="21"/>
        </w:rPr>
        <w:t>rezervāciju</w:t>
      </w:r>
      <w:proofErr w:type="spellEnd"/>
      <w:r>
        <w:rPr>
          <w:rFonts w:ascii="Arial" w:hAnsi="Arial"/>
          <w:i/>
          <w:color w:val="50320A"/>
          <w:sz w:val="21"/>
        </w:rPr>
        <w:t xml:space="preserve"> </w:t>
      </w:r>
      <w:proofErr w:type="spellStart"/>
      <w:r>
        <w:rPr>
          <w:rFonts w:ascii="Arial" w:hAnsi="Arial"/>
          <w:i/>
          <w:color w:val="50320A"/>
          <w:sz w:val="21"/>
        </w:rPr>
        <w:t>caur</w:t>
      </w:r>
      <w:proofErr w:type="spellEnd"/>
      <w:r>
        <w:rPr>
          <w:rFonts w:ascii="Arial" w:hAnsi="Arial"/>
          <w:i/>
          <w:color w:val="50320A"/>
          <w:sz w:val="21"/>
        </w:rPr>
        <w:t xml:space="preserve"> </w:t>
      </w:r>
      <w:proofErr w:type="spellStart"/>
      <w:r>
        <w:rPr>
          <w:rFonts w:ascii="Arial" w:hAnsi="Arial"/>
          <w:i/>
          <w:color w:val="50320A"/>
          <w:sz w:val="21"/>
        </w:rPr>
        <w:t>mūsu</w:t>
      </w:r>
      <w:proofErr w:type="spellEnd"/>
      <w:r>
        <w:rPr>
          <w:rFonts w:ascii="Arial" w:hAnsi="Arial"/>
          <w:i/>
          <w:color w:val="50320A"/>
          <w:sz w:val="21"/>
        </w:rPr>
        <w:t xml:space="preserve"> </w:t>
      </w:r>
      <w:proofErr w:type="spellStart"/>
      <w:r>
        <w:rPr>
          <w:rFonts w:ascii="Arial" w:hAnsi="Arial"/>
          <w:i/>
          <w:color w:val="50320A"/>
          <w:sz w:val="21"/>
        </w:rPr>
        <w:t>saiti</w:t>
      </w:r>
      <w:proofErr w:type="spellEnd"/>
      <w:r>
        <w:rPr>
          <w:rFonts w:ascii="Arial" w:hAnsi="Arial"/>
          <w:i/>
          <w:color w:val="50320A"/>
          <w:sz w:val="21"/>
        </w:rPr>
        <w:t xml:space="preserve">. Tas NEMAINA </w:t>
      </w:r>
      <w:proofErr w:type="spellStart"/>
      <w:r>
        <w:rPr>
          <w:rFonts w:ascii="Arial" w:hAnsi="Arial"/>
          <w:i/>
          <w:color w:val="50320A"/>
          <w:sz w:val="21"/>
        </w:rPr>
        <w:t>cenu</w:t>
      </w:r>
      <w:proofErr w:type="spellEnd"/>
      <w:r>
        <w:rPr>
          <w:rFonts w:ascii="Arial" w:hAnsi="Arial"/>
          <w:i/>
          <w:color w:val="50320A"/>
          <w:sz w:val="21"/>
        </w:rPr>
        <w:t xml:space="preserve"> ko </w:t>
      </w:r>
      <w:proofErr w:type="spellStart"/>
      <w:r w:rsidR="00834484">
        <w:rPr>
          <w:rFonts w:ascii="Arial" w:hAnsi="Arial"/>
          <w:i/>
          <w:color w:val="50320A"/>
          <w:sz w:val="21"/>
        </w:rPr>
        <w:t>Jūs</w:t>
      </w:r>
      <w:proofErr w:type="spellEnd"/>
      <w:r>
        <w:rPr>
          <w:rFonts w:ascii="Arial" w:hAnsi="Arial"/>
          <w:i/>
          <w:color w:val="50320A"/>
          <w:sz w:val="21"/>
        </w:rPr>
        <w:t xml:space="preserve"> </w:t>
      </w:r>
      <w:proofErr w:type="spellStart"/>
      <w:r>
        <w:rPr>
          <w:rFonts w:ascii="Arial" w:hAnsi="Arial"/>
          <w:i/>
          <w:color w:val="50320A"/>
          <w:sz w:val="21"/>
        </w:rPr>
        <w:t>maksā</w:t>
      </w:r>
      <w:r w:rsidR="00834484">
        <w:rPr>
          <w:rFonts w:ascii="Arial" w:hAnsi="Arial"/>
          <w:i/>
          <w:color w:val="50320A"/>
          <w:sz w:val="21"/>
        </w:rPr>
        <w:t>jat</w:t>
      </w:r>
      <w:proofErr w:type="spellEnd"/>
      <w:r>
        <w:rPr>
          <w:rFonts w:ascii="Arial" w:hAnsi="Arial"/>
          <w:i/>
          <w:color w:val="50320A"/>
          <w:sz w:val="21"/>
        </w:rPr>
        <w:t>.</w:t>
      </w:r>
    </w:p>
    <w:p w14:paraId="58AE4475" w14:textId="752B0328" w:rsidR="002928F8" w:rsidRDefault="00000000" w:rsidP="000C5519">
      <w:pPr>
        <w:spacing w:before="40" w:after="120"/>
      </w:pPr>
      <w:r>
        <w:rPr>
          <w:rFonts w:ascii="Arial" w:hAnsi="Arial"/>
        </w:rPr>
        <w:t xml:space="preserve">Mūsu plānos norādītās cenas ir orientējošas uz dokumenta sagatavošanas brīdi. Reālās cenas var atšķirties atkarībā no sezonas, rezervēšanas laika un pieejamības. </w:t>
      </w:r>
      <w:proofErr w:type="spellStart"/>
      <w:r>
        <w:rPr>
          <w:rFonts w:ascii="Arial" w:hAnsi="Arial"/>
        </w:rPr>
        <w:t>Vienmēr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pārbaudi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aktuālās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cenas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tieši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rezervācijas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platformā</w:t>
      </w:r>
      <w:proofErr w:type="spellEnd"/>
      <w:r>
        <w:rPr>
          <w:rFonts w:ascii="Arial" w:hAnsi="Arial"/>
        </w:rPr>
        <w:t>.</w:t>
      </w:r>
    </w:p>
    <w:p w14:paraId="30852F12" w14:textId="7DC289D6" w:rsidR="002928F8" w:rsidRDefault="00000000">
      <w:pPr>
        <w:shd w:val="clear" w:color="auto" w:fill="1A4A7A"/>
        <w:spacing w:before="360" w:after="120"/>
        <w:ind w:left="170"/>
      </w:pPr>
      <w:r>
        <w:rPr>
          <w:rFonts w:ascii="Arial" w:hAnsi="Arial"/>
          <w:b/>
          <w:color w:val="FFFFFF"/>
          <w:sz w:val="28"/>
        </w:rPr>
        <w:t>8.📞 SAZINIES AR MUMS</w:t>
      </w:r>
    </w:p>
    <w:p w14:paraId="006B94F8" w14:textId="410BA62E" w:rsidR="002928F8" w:rsidRDefault="00000000">
      <w:pPr>
        <w:spacing w:before="40" w:after="120"/>
      </w:pPr>
      <w:r>
        <w:rPr>
          <w:rFonts w:ascii="Arial" w:hAnsi="Arial"/>
        </w:rPr>
        <w:t xml:space="preserve">Ja </w:t>
      </w:r>
      <w:proofErr w:type="spellStart"/>
      <w:r>
        <w:rPr>
          <w:rFonts w:ascii="Arial" w:hAnsi="Arial"/>
        </w:rPr>
        <w:t>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jautājumi</w:t>
      </w:r>
      <w:proofErr w:type="spellEnd"/>
      <w:r>
        <w:rPr>
          <w:rFonts w:ascii="Arial" w:hAnsi="Arial"/>
        </w:rPr>
        <w:t xml:space="preserve"> par </w:t>
      </w:r>
      <w:proofErr w:type="spellStart"/>
      <w:r>
        <w:rPr>
          <w:rFonts w:ascii="Arial" w:hAnsi="Arial"/>
        </w:rPr>
        <w:t>pakalpojumu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pirms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pasūtīšanas</w:t>
      </w:r>
      <w:proofErr w:type="spellEnd"/>
      <w:r w:rsidR="004B2312">
        <w:rPr>
          <w:rFonts w:ascii="Arial" w:hAnsi="Arial"/>
        </w:rPr>
        <w:t xml:space="preserve"> -</w:t>
      </w: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raksti</w:t>
      </w:r>
      <w:proofErr w:type="spellEnd"/>
      <w:r>
        <w:rPr>
          <w:rFonts w:ascii="Arial" w:hAnsi="Arial"/>
        </w:rPr>
        <w:t xml:space="preserve"> mums</w:t>
      </w:r>
      <w:r w:rsidR="004B2312">
        <w:rPr>
          <w:rFonts w:ascii="Arial" w:hAnsi="Arial"/>
        </w:rPr>
        <w:t>!</w:t>
      </w:r>
    </w:p>
    <w:p w14:paraId="3A3E8FE3" w14:textId="2B2EE196" w:rsidR="002928F8" w:rsidRDefault="00000000">
      <w:pPr>
        <w:spacing w:before="80" w:after="80"/>
        <w:ind w:left="283"/>
      </w:pPr>
      <w:r>
        <w:rPr>
          <w:rFonts w:ascii="Arial" w:hAnsi="Arial"/>
          <w:b/>
        </w:rPr>
        <w:t xml:space="preserve">📧 E-pasts: </w:t>
      </w:r>
      <w:r>
        <w:rPr>
          <w:rFonts w:ascii="Arial" w:hAnsi="Arial"/>
          <w:color w:val="1A468C"/>
        </w:rPr>
        <w:t>[</w:t>
      </w:r>
      <w:proofErr w:type="spellStart"/>
      <w:r>
        <w:rPr>
          <w:rFonts w:ascii="Arial" w:hAnsi="Arial"/>
          <w:color w:val="1A468C"/>
        </w:rPr>
        <w:t>tava</w:t>
      </w:r>
      <w:proofErr w:type="spellEnd"/>
      <w:r>
        <w:rPr>
          <w:rFonts w:ascii="Arial" w:hAnsi="Arial"/>
          <w:color w:val="1A468C"/>
        </w:rPr>
        <w:t xml:space="preserve"> e-pasta </w:t>
      </w:r>
      <w:proofErr w:type="spellStart"/>
      <w:r>
        <w:rPr>
          <w:rFonts w:ascii="Arial" w:hAnsi="Arial"/>
          <w:color w:val="1A468C"/>
        </w:rPr>
        <w:t>adrese</w:t>
      </w:r>
      <w:proofErr w:type="spellEnd"/>
      <w:r>
        <w:rPr>
          <w:rFonts w:ascii="Arial" w:hAnsi="Arial"/>
          <w:color w:val="1A468C"/>
        </w:rPr>
        <w:t>]</w:t>
      </w:r>
    </w:p>
    <w:p w14:paraId="62544FCF" w14:textId="4091014C" w:rsidR="002928F8" w:rsidRDefault="00000000" w:rsidP="000C5519">
      <w:pPr>
        <w:spacing w:before="40" w:after="80"/>
        <w:ind w:left="283"/>
      </w:pPr>
      <w:r>
        <w:rPr>
          <w:rFonts w:ascii="Arial" w:hAnsi="Arial"/>
          <w:b/>
        </w:rPr>
        <w:t xml:space="preserve">📱 WhatsApp: </w:t>
      </w:r>
      <w:r>
        <w:rPr>
          <w:rFonts w:ascii="Arial" w:hAnsi="Arial"/>
          <w:color w:val="1A468C"/>
        </w:rPr>
        <w:t>[tavs tālrunis]</w:t>
      </w:r>
    </w:p>
    <w:p w14:paraId="17A30691" w14:textId="77777777" w:rsidR="000C5519" w:rsidRDefault="000C5519" w:rsidP="000C5519">
      <w:pPr>
        <w:spacing w:before="40" w:after="80"/>
        <w:ind w:left="283"/>
      </w:pPr>
    </w:p>
    <w:p w14:paraId="5786B315" w14:textId="77777777" w:rsidR="002928F8" w:rsidRDefault="00000000">
      <w:pPr>
        <w:spacing w:before="120"/>
        <w:jc w:val="center"/>
      </w:pPr>
      <w:r>
        <w:rPr>
          <w:rFonts w:ascii="Arial" w:hAnsi="Arial"/>
          <w:b/>
          <w:color w:val="1A468C"/>
          <w:sz w:val="24"/>
        </w:rPr>
        <w:t>Paldies ka lasi! Ceļošana ir labākā investīcija tevī. ✈</w:t>
      </w:r>
      <w:r>
        <w:rPr>
          <w:rFonts w:ascii="Arial" w:hAnsi="Arial"/>
          <w:b/>
          <w:color w:val="1A468C"/>
          <w:sz w:val="24"/>
        </w:rPr>
        <w:br/>
      </w:r>
      <w:r>
        <w:rPr>
          <w:rFonts w:ascii="Arial" w:hAnsi="Arial"/>
          <w:i/>
          <w:color w:val="AAAAAA"/>
          <w:sz w:val="18"/>
        </w:rPr>
        <w:t>Dokuments pēdējo reizi atjaunināts: 2026. gada jūlijs</w:t>
      </w:r>
    </w:p>
    <w:sectPr w:rsidR="002928F8" w:rsidSect="00034616">
      <w:pgSz w:w="12240" w:h="15840"/>
      <w:pgMar w:top="1247" w:right="1587" w:bottom="1247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002538">
    <w:abstractNumId w:val="8"/>
  </w:num>
  <w:num w:numId="2" w16cid:durableId="1735346057">
    <w:abstractNumId w:val="6"/>
  </w:num>
  <w:num w:numId="3" w16cid:durableId="2075203863">
    <w:abstractNumId w:val="5"/>
  </w:num>
  <w:num w:numId="4" w16cid:durableId="1762674253">
    <w:abstractNumId w:val="4"/>
  </w:num>
  <w:num w:numId="5" w16cid:durableId="1539513925">
    <w:abstractNumId w:val="7"/>
  </w:num>
  <w:num w:numId="6" w16cid:durableId="1290238859">
    <w:abstractNumId w:val="3"/>
  </w:num>
  <w:num w:numId="7" w16cid:durableId="2065837005">
    <w:abstractNumId w:val="2"/>
  </w:num>
  <w:num w:numId="8" w16cid:durableId="1734425488">
    <w:abstractNumId w:val="1"/>
  </w:num>
  <w:num w:numId="9" w16cid:durableId="1799033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87653"/>
    <w:rsid w:val="000C5519"/>
    <w:rsid w:val="0015074B"/>
    <w:rsid w:val="001858B0"/>
    <w:rsid w:val="001D17C4"/>
    <w:rsid w:val="002928F8"/>
    <w:rsid w:val="002953C9"/>
    <w:rsid w:val="0029639D"/>
    <w:rsid w:val="002B69FE"/>
    <w:rsid w:val="00304FE1"/>
    <w:rsid w:val="003114F3"/>
    <w:rsid w:val="003248A7"/>
    <w:rsid w:val="00326F90"/>
    <w:rsid w:val="003B42CE"/>
    <w:rsid w:val="003E42B7"/>
    <w:rsid w:val="00451C58"/>
    <w:rsid w:val="004B2312"/>
    <w:rsid w:val="006F2DE0"/>
    <w:rsid w:val="00753134"/>
    <w:rsid w:val="007A0A84"/>
    <w:rsid w:val="007F4E2A"/>
    <w:rsid w:val="00834484"/>
    <w:rsid w:val="00973276"/>
    <w:rsid w:val="009F3CEC"/>
    <w:rsid w:val="00A22448"/>
    <w:rsid w:val="00AA1D8D"/>
    <w:rsid w:val="00AF7D6B"/>
    <w:rsid w:val="00B24F97"/>
    <w:rsid w:val="00B3349D"/>
    <w:rsid w:val="00B43C84"/>
    <w:rsid w:val="00B47730"/>
    <w:rsid w:val="00BA74E1"/>
    <w:rsid w:val="00C20397"/>
    <w:rsid w:val="00C97539"/>
    <w:rsid w:val="00CB0664"/>
    <w:rsid w:val="00CD4CCF"/>
    <w:rsid w:val="00D539B5"/>
    <w:rsid w:val="00E063CC"/>
    <w:rsid w:val="00E238A8"/>
    <w:rsid w:val="00E32F9F"/>
    <w:rsid w:val="00E76368"/>
    <w:rsid w:val="00ED737A"/>
    <w:rsid w:val="00EF60F9"/>
    <w:rsid w:val="00F4495B"/>
    <w:rsid w:val="00FC693F"/>
    <w:rsid w:val="00FD7039"/>
    <w:rsid w:val="00FE2DDB"/>
    <w:rsid w:val="00FF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469096"/>
  <w14:defaultImageDpi w14:val="300"/>
  <w15:docId w15:val="{C4A897C2-4C6B-44A6-8F3A-B4148237C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6</Pages>
  <Words>6681</Words>
  <Characters>3809</Characters>
  <Application>Microsoft Office Word</Application>
  <DocSecurity>0</DocSecurity>
  <Lines>31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10470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Eduards Rimša</cp:lastModifiedBy>
  <cp:revision>40</cp:revision>
  <dcterms:created xsi:type="dcterms:W3CDTF">2026-07-01T16:47:00Z</dcterms:created>
  <dcterms:modified xsi:type="dcterms:W3CDTF">2026-07-02T11:16:00Z</dcterms:modified>
  <cp:category/>
</cp:coreProperties>
</file>